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2B3A"/>
          <w:sz w:val="60"/>
        </w:rPr>
        <w:t>FIREHOUSE</w:t>
        <w:br/>
        <w:t>48-HOUR COOKBOOK</w:t>
      </w:r>
    </w:p>
    <w:p>
      <w:pPr>
        <w:jc w:val="center"/>
      </w:pPr>
      <w:r>
        <w:t>60 practical dinners • 20 paired tours • Costco-centered planning</w:t>
      </w:r>
    </w:p>
    <w:p>
      <w:pPr>
        <w:pStyle w:val="Subtitle"/>
      </w:pPr>
      <w:r>
        <w:t>Built for Boise-area crews of 4–6 firefighters, using five as the standard recipe yield. Each tour pairs two dinners around one primary protein, with Day 2 leaning Tex-Mex.</w:t>
      </w:r>
    </w:p>
    <w:p>
      <w:r>
        <w:t>Price basis checked October 30, 2026: mostly public Costco Same-Day examples from the original price book. Same-Day prices can be higher than local warehouse prices; no live Boise/Meridian shelf prices are claimed. Unverified product estimates are labeled in the shopping workbook.</w:t>
      </w:r>
    </w:p>
    <w:p>
      <w:pPr>
        <w:pStyle w:val="Heading1"/>
      </w:pPr>
      <w:r>
        <w:t>How to use this book</w:t>
      </w:r>
    </w:p>
    <w:p>
      <w:pPr>
        <w:pStyle w:val="ListBullet"/>
      </w:pPr>
      <w:r>
        <w:t>Choose a tour in the rotation schedule, or select any Day 1 and Day 2 recipes sharing a primary protein.</w:t>
      </w:r>
    </w:p>
    <w:p>
      <w:pPr>
        <w:pStyle w:val="ListBullet"/>
      </w:pPr>
      <w:r>
        <w:t>Recipe amounts serve five. Scale all ingredient quantities by crew size ÷ 5; use the workbook for automatic scaling and package rounding.</w:t>
      </w:r>
    </w:p>
    <w:p>
      <w:pPr>
        <w:pStyle w:val="ListBullet"/>
      </w:pPr>
      <w:r>
        <w:t>Quantities are repeated inside the cooking steps so the cook can follow along without flipping back to the ingredient list.</w:t>
      </w:r>
    </w:p>
    <w:p>
      <w:pPr>
        <w:pStyle w:val="ListBullet"/>
      </w:pPr>
      <w:r>
        <w:t>Keep Day 2 raw meat sealed on the lowest refrigerator shelf, or freeze it if it will not be cooked within 1–2 days.</w:t>
      </w:r>
    </w:p>
    <w:p>
      <w:pPr>
        <w:pStyle w:val="ListBullet"/>
      </w:pPr>
      <w:r>
        <w:t>Food costs show ingredient value consumed, not the full register total when Costco packages leave leftovers.</w:t>
      </w:r>
    </w:p>
    <w:p>
      <w:pPr>
        <w:pStyle w:val="Heading1"/>
      </w:pPr>
      <w:r>
        <w:t>Quick index by protein</w:t>
      </w:r>
    </w:p>
    <w:p>
      <w:pPr>
        <w:pStyle w:val="Heading2"/>
      </w:pPr>
      <w:r>
        <w:t>Chicken</w:t>
      </w:r>
    </w:p>
    <w:p>
      <w:pPr>
        <w:pStyle w:val="ListBullet"/>
      </w:pPr>
      <w:r>
        <w:t>R01  Lemon-garlic chicken with roasted potatoes — 20 min prep, $3.03/person</w:t>
      </w:r>
    </w:p>
    <w:p>
      <w:pPr>
        <w:pStyle w:val="ListBullet"/>
      </w:pPr>
      <w:r>
        <w:t>R02  Chicken fajita tacos with black beans — 20 min prep, $3.91/person</w:t>
      </w:r>
    </w:p>
    <w:p>
      <w:pPr>
        <w:pStyle w:val="ListBullet"/>
      </w:pPr>
      <w:r>
        <w:t>R03  BBQ chicken sandwiches with slaw — 15 min prep, $3.98/person</w:t>
      </w:r>
    </w:p>
    <w:p>
      <w:pPr>
        <w:pStyle w:val="ListBullet"/>
      </w:pPr>
      <w:r>
        <w:t>R04  Chicken enchilada rice bake — 20 min prep, $4.48/person</w:t>
      </w:r>
    </w:p>
    <w:p>
      <w:pPr>
        <w:pStyle w:val="ListBullet"/>
      </w:pPr>
      <w:r>
        <w:t>R05  Teriyaki chicken rice bowls — 15 min prep, $3.30/person</w:t>
      </w:r>
    </w:p>
    <w:p>
      <w:pPr>
        <w:pStyle w:val="ListBullet"/>
      </w:pPr>
      <w:r>
        <w:t>R06  Chicken quesadillas with beans — 20 min prep, $3.89/person</w:t>
      </w:r>
    </w:p>
    <w:p>
      <w:pPr>
        <w:pStyle w:val="ListBullet"/>
      </w:pPr>
      <w:r>
        <w:t>R07  Chicken Alfredo spaghetti with broccoli — 20 min prep, $3.54/person</w:t>
      </w:r>
    </w:p>
    <w:p>
      <w:pPr>
        <w:pStyle w:val="ListBullet"/>
      </w:pPr>
      <w:r>
        <w:t>R08  Southwest chicken burrito bowls — 20 min prep, $3.87/person</w:t>
      </w:r>
    </w:p>
    <w:p>
      <w:pPr>
        <w:pStyle w:val="ListBullet"/>
      </w:pPr>
      <w:r>
        <w:t>R09  Sheet-pan chicken, peppers and rice — 20 min prep, $3.64/person</w:t>
      </w:r>
    </w:p>
    <w:p>
      <w:pPr>
        <w:pStyle w:val="ListBullet"/>
      </w:pPr>
      <w:r>
        <w:t>R10  Chicken taco nacho platters — 20 min prep, $4.84/person</w:t>
      </w:r>
    </w:p>
    <w:p>
      <w:pPr>
        <w:pStyle w:val="ListBullet"/>
      </w:pPr>
      <w:r>
        <w:t>R11  Italian chicken spaghetti with kale salad — 15 min prep, $4.19/person</w:t>
      </w:r>
    </w:p>
    <w:p>
      <w:pPr>
        <w:pStyle w:val="ListBullet"/>
      </w:pPr>
      <w:r>
        <w:t>R12  Southwest loaded chicken potatoes — 20 min prep, $4.44/person</w:t>
      </w:r>
    </w:p>
    <w:p>
      <w:pPr>
        <w:pStyle w:val="ListBullet"/>
      </w:pPr>
      <w:r>
        <w:t>R41  Oven-baked ranch chicken thighs — 15 min prep, $3.39/person</w:t>
      </w:r>
    </w:p>
    <w:p>
      <w:pPr>
        <w:pStyle w:val="ListBullet"/>
      </w:pPr>
      <w:r>
        <w:t>R42  Chicken tortilla soup — 20 min prep, $3.91/person</w:t>
      </w:r>
    </w:p>
    <w:p>
      <w:pPr>
        <w:pStyle w:val="ListBullet"/>
      </w:pPr>
      <w:r>
        <w:t>R43  BBQ chicken baked potatoes — 20 min prep, $3.62/person</w:t>
      </w:r>
    </w:p>
    <w:p>
      <w:pPr>
        <w:pStyle w:val="ListBullet"/>
      </w:pPr>
      <w:r>
        <w:t>R44  Chicken and vegetable fried rice — 20 min prep, $3.45/person</w:t>
      </w:r>
    </w:p>
    <w:p>
      <w:pPr>
        <w:pStyle w:val="ListBullet"/>
      </w:pPr>
      <w:r>
        <w:t>R45  Creamy chicken and broccoli rice bake — 20 min prep, $3.27/person</w:t>
      </w:r>
    </w:p>
    <w:p>
      <w:pPr>
        <w:pStyle w:val="ListBullet"/>
      </w:pPr>
      <w:r>
        <w:t>R46  Grilled chicken fajita plates — 20 min prep, $3.75/person</w:t>
      </w:r>
    </w:p>
    <w:p>
      <w:pPr>
        <w:pStyle w:val="ListBullet"/>
      </w:pPr>
      <w:r>
        <w:t>R47  Chicken parmesan spaghetti — 25 min prep, $4.51/person</w:t>
      </w:r>
    </w:p>
    <w:p>
      <w:pPr>
        <w:pStyle w:val="ListBullet"/>
      </w:pPr>
      <w:r>
        <w:t>R48  Chicken taco stuffed potatoes — 20 min prep, $4.17/person</w:t>
      </w:r>
    </w:p>
    <w:p>
      <w:pPr>
        <w:pStyle w:val="Heading2"/>
      </w:pPr>
      <w:r>
        <w:t>Beef</w:t>
      </w:r>
    </w:p>
    <w:p>
      <w:pPr>
        <w:pStyle w:val="ListBullet"/>
      </w:pPr>
      <w:r>
        <w:t>R13  Grilled cheeseburgers with potato wedges — 20 min prep, $5.38/person</w:t>
      </w:r>
    </w:p>
    <w:p>
      <w:pPr>
        <w:pStyle w:val="ListBullet"/>
      </w:pPr>
      <w:r>
        <w:t>R14  Ground-beef taco bar — 20 min prep, $5.73/person</w:t>
      </w:r>
    </w:p>
    <w:p>
      <w:pPr>
        <w:pStyle w:val="ListBullet"/>
      </w:pPr>
      <w:r>
        <w:t>R15  Meat-sauce spaghetti with broccoli — 15 min prep, $5.50/person</w:t>
      </w:r>
    </w:p>
    <w:p>
      <w:pPr>
        <w:pStyle w:val="ListBullet"/>
      </w:pPr>
      <w:r>
        <w:t>R16  Beef enchilada skillet — 20 min prep, $5.88/person</w:t>
      </w:r>
    </w:p>
    <w:p>
      <w:pPr>
        <w:pStyle w:val="ListBullet"/>
      </w:pPr>
      <w:r>
        <w:t>R17  Meatloaf with mashed potatoes and vegetables — 20 min prep, $5.19/person</w:t>
      </w:r>
    </w:p>
    <w:p>
      <w:pPr>
        <w:pStyle w:val="ListBullet"/>
      </w:pPr>
      <w:r>
        <w:t>R18  Crispy beef quesadillas — 20 min prep, $5.47/person</w:t>
      </w:r>
    </w:p>
    <w:p>
      <w:pPr>
        <w:pStyle w:val="ListBullet"/>
      </w:pPr>
      <w:r>
        <w:t>R19  Beef and broccoli stir-fry rice bowls — 15 min prep, $4.94/person</w:t>
      </w:r>
    </w:p>
    <w:p>
      <w:pPr>
        <w:pStyle w:val="ListBullet"/>
      </w:pPr>
      <w:r>
        <w:t>R20  Beef burrito bowls — 20 min prep, $5.52/person</w:t>
      </w:r>
    </w:p>
    <w:p>
      <w:pPr>
        <w:pStyle w:val="ListBullet"/>
      </w:pPr>
      <w:r>
        <w:t>R21  Sloppy Joes with potatoes and slaw — 15 min prep, $5.35/person</w:t>
      </w:r>
    </w:p>
    <w:p>
      <w:pPr>
        <w:pStyle w:val="ListBullet"/>
      </w:pPr>
      <w:r>
        <w:t>R22  Mexican stuffed peppers — 25 min prep, $5.99/person</w:t>
      </w:r>
    </w:p>
    <w:p>
      <w:pPr>
        <w:pStyle w:val="ListBullet"/>
      </w:pPr>
      <w:r>
        <w:t>R49  Beef chili with cornbread-style side — 20 min prep, $5.84/person</w:t>
      </w:r>
    </w:p>
    <w:p>
      <w:pPr>
        <w:pStyle w:val="ListBullet"/>
      </w:pPr>
      <w:r>
        <w:t>R50  Beef and potato skillet — 20 min prep, $4.99/person</w:t>
      </w:r>
    </w:p>
    <w:p>
      <w:pPr>
        <w:pStyle w:val="ListBullet"/>
      </w:pPr>
      <w:r>
        <w:t>R51  Beef taco salad bowls — 20 min prep, $6.06/person</w:t>
      </w:r>
    </w:p>
    <w:p>
      <w:pPr>
        <w:pStyle w:val="ListBullet"/>
      </w:pPr>
      <w:r>
        <w:t>R52  Beef and tomato rice casserole — 20 min prep, $5.28/person</w:t>
      </w:r>
    </w:p>
    <w:p>
      <w:pPr>
        <w:pStyle w:val="ListBullet"/>
      </w:pPr>
      <w:r>
        <w:t>R53  BBQ beef sandwiches with roasted vegetables — 15 min prep, $5.06/person</w:t>
      </w:r>
    </w:p>
    <w:p>
      <w:pPr>
        <w:pStyle w:val="Heading2"/>
      </w:pPr>
      <w:r>
        <w:t>Pork</w:t>
      </w:r>
    </w:p>
    <w:p>
      <w:pPr>
        <w:pStyle w:val="ListBullet"/>
      </w:pPr>
      <w:r>
        <w:t>R25  Slow-cooker pulled pork sandwiches — 15 min prep, $4.02/person</w:t>
      </w:r>
    </w:p>
    <w:p>
      <w:pPr>
        <w:pStyle w:val="ListBullet"/>
      </w:pPr>
      <w:r>
        <w:t>R26  Pulled-pork carnitas tacos with rice — 20 min prep, $3.84/person</w:t>
      </w:r>
    </w:p>
    <w:p>
      <w:pPr>
        <w:pStyle w:val="ListBullet"/>
      </w:pPr>
      <w:r>
        <w:t>R27  Smoky pulled-pork rice plates — 15 min prep, $3.33/person</w:t>
      </w:r>
    </w:p>
    <w:p>
      <w:pPr>
        <w:pStyle w:val="ListBullet"/>
      </w:pPr>
      <w:r>
        <w:t>R28  Pulled-pork burrito bowls — 15 min prep, $3.66/person</w:t>
      </w:r>
    </w:p>
    <w:p>
      <w:pPr>
        <w:pStyle w:val="ListBullet"/>
      </w:pPr>
      <w:r>
        <w:t>R29  Pulled-pork loaded potatoes with broccoli — 15 min prep, $3.18/person</w:t>
      </w:r>
    </w:p>
    <w:p>
      <w:pPr>
        <w:pStyle w:val="ListBullet"/>
      </w:pPr>
      <w:r>
        <w:t>R30  Pulled-pork fajita quesadillas — 20 min prep, $4.22/person</w:t>
      </w:r>
    </w:p>
    <w:p>
      <w:pPr>
        <w:pStyle w:val="ListBullet"/>
      </w:pPr>
      <w:r>
        <w:t>R31  Teriyaki pulled-pork rice bowls — 15 min prep, $3.45/person</w:t>
      </w:r>
    </w:p>
    <w:p>
      <w:pPr>
        <w:pStyle w:val="ListBullet"/>
      </w:pPr>
      <w:r>
        <w:t>R32  Pulled-pork taco rice bowls — 15 min prep, $3.50/person</w:t>
      </w:r>
    </w:p>
    <w:p>
      <w:pPr>
        <w:pStyle w:val="ListBullet"/>
      </w:pPr>
      <w:r>
        <w:t>R33  Pulled-pork vegetable stew — 25 min prep, $3.35/person</w:t>
      </w:r>
    </w:p>
    <w:p>
      <w:pPr>
        <w:pStyle w:val="ListBullet"/>
      </w:pPr>
      <w:r>
        <w:t>R34  Pulled-pork enchilada casserole — 20 min prep, $4.24/person</w:t>
      </w:r>
    </w:p>
    <w:p>
      <w:pPr>
        <w:pStyle w:val="ListBullet"/>
      </w:pPr>
      <w:r>
        <w:t>R54  Pulled-pork sheet-pan plates — 20 min prep, $3.62/person</w:t>
      </w:r>
    </w:p>
    <w:p>
      <w:pPr>
        <w:pStyle w:val="ListBullet"/>
      </w:pPr>
      <w:r>
        <w:t>R55  Slow-cooker pork chili verde bowls — 15 min prep, $3.63/person</w:t>
      </w:r>
    </w:p>
    <w:p>
      <w:pPr>
        <w:pStyle w:val="ListBullet"/>
      </w:pPr>
      <w:r>
        <w:t>R56  Teriyaki pulled-pork rice plates — 20 min prep, $3.45/person</w:t>
      </w:r>
    </w:p>
    <w:p>
      <w:pPr>
        <w:pStyle w:val="ListBullet"/>
      </w:pPr>
      <w:r>
        <w:t>R57  Pulled-pork and black-bean burritos — 20 min prep, $3.99/person</w:t>
      </w:r>
    </w:p>
    <w:p>
      <w:pPr>
        <w:pStyle w:val="ListBullet"/>
      </w:pPr>
      <w:r>
        <w:t>R58  Pulled-pork fried rice with vegetables — 20 min prep, $3.76/person</w:t>
      </w:r>
    </w:p>
    <w:p>
      <w:pPr>
        <w:pStyle w:val="Heading2"/>
      </w:pPr>
      <w:r>
        <w:t>Sausage</w:t>
      </w:r>
    </w:p>
    <w:p>
      <w:pPr>
        <w:pStyle w:val="ListBullet"/>
      </w:pPr>
      <w:r>
        <w:t>R35  Sausage marinara spaghetti — 15 min prep, $3.94/person</w:t>
      </w:r>
    </w:p>
    <w:p>
      <w:pPr>
        <w:pStyle w:val="ListBullet"/>
      </w:pPr>
      <w:r>
        <w:t>R36  Sausage and black-bean quesadillas — 20 min prep, $3.98/person</w:t>
      </w:r>
    </w:p>
    <w:p>
      <w:pPr>
        <w:pStyle w:val="ListBullet"/>
      </w:pPr>
      <w:r>
        <w:t>R37  Sausage and pepper pizza with salad — 25 min prep, $3.85/person</w:t>
      </w:r>
    </w:p>
    <w:p>
      <w:pPr>
        <w:pStyle w:val="ListBullet"/>
      </w:pPr>
      <w:r>
        <w:t>R38  Sausage and potato tacos — 20 min prep, $4.01/person</w:t>
      </w:r>
    </w:p>
    <w:p>
      <w:pPr>
        <w:pStyle w:val="ListBullet"/>
      </w:pPr>
      <w:r>
        <w:t>R39  Kielbasa potato-vegetable skillet — 15 min prep, $4.14/person</w:t>
      </w:r>
    </w:p>
    <w:p>
      <w:pPr>
        <w:pStyle w:val="ListBullet"/>
      </w:pPr>
      <w:r>
        <w:t>R40  Southwest sausage burrito bowls — 15 min prep, $4.57/person</w:t>
      </w:r>
    </w:p>
    <w:p>
      <w:pPr>
        <w:pStyle w:val="ListBullet"/>
      </w:pPr>
      <w:r>
        <w:t>R59  Sausage and white bean tomato pasta — 15 min prep, $4.26/person</w:t>
      </w:r>
    </w:p>
    <w:p>
      <w:pPr>
        <w:pStyle w:val="ListBullet"/>
      </w:pPr>
      <w:r>
        <w:t>R60  Smoked sausage jambalaya-style rice skillet — 20 min prep, $4.13/person</w:t>
      </w:r>
    </w:p>
    <w:p>
      <w:pPr>
        <w:pStyle w:val="Heading2"/>
      </w:pPr>
      <w:r>
        <w:t>Other</w:t>
      </w:r>
    </w:p>
    <w:p>
      <w:pPr>
        <w:pStyle w:val="ListBullet"/>
      </w:pPr>
      <w:r>
        <w:t>R23  Turkey chili over rice — 20 min prep, $4.32/person</w:t>
      </w:r>
    </w:p>
    <w:p>
      <w:pPr>
        <w:pStyle w:val="ListBullet"/>
      </w:pPr>
      <w:r>
        <w:t>R24  Turkey loaded nachos — 15 min prep, $5.06/person</w:t>
      </w:r>
    </w:p>
    <w:p>
      <w:r>
        <w:br w:type="page"/>
      </w:r>
    </w:p>
    <w:p>
      <w:pPr>
        <w:pStyle w:val="Heading1"/>
      </w:pPr>
      <w:r>
        <w:t>Chicken dinners</w:t>
      </w:r>
    </w:p>
    <w:p>
      <w:pPr>
        <w:pStyle w:val="Title"/>
      </w:pPr>
      <w:r>
        <w:t>Lemon-garlic chicken with roasted potatoes</w:t>
      </w:r>
    </w:p>
    <w:p>
      <w:pPr>
        <w:spacing w:after="100"/>
      </w:pPr>
      <w:r>
        <w:t>Bright lemon-garlic chicken with crisp-edged potatoes and broccoli.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$15.17</w:t>
            </w:r>
          </w:p>
        </w:tc>
        <w:tc>
          <w:tcPr>
            <w:tcW w:type="dxa" w:w="2556"/>
          </w:tcPr>
          <w:p>
            <w:r>
              <w:t>$3.03</w:t>
            </w:r>
          </w:p>
        </w:tc>
        <w:tc>
          <w:tcPr>
            <w:tcW w:type="dxa" w:w="2556"/>
          </w:tcPr>
          <w:p>
            <w:r>
              <w:t>20 min prep + 40 min cook</w:t>
            </w:r>
          </w:p>
        </w:tc>
      </w:tr>
    </w:tbl>
    <w:p>
      <w:pPr>
        <w:pStyle w:val="Caption"/>
      </w:pPr>
      <w:r>
        <w:t>Components: protein: Chicken breast; carbohydrate: potatoes;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3 lb Russet potatoes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3 lb russet potatoes; 1.5 lb frozen broccoli florets; 1 set pantry seasoning set: 2 tbsp oil, 1 tsp salt, 1/2 tsp pepper, 1 tsp garlic powder. Heat the oven to 425°F. Cut the vegetables into bite-size pieces and spread them on a rimmed sheet pan with 1 tablespoon oil and the listed seasoning.</w:t>
      </w:r>
    </w:p>
    <w:p>
      <w:pPr>
        <w:spacing w:after="60"/>
      </w:pPr>
      <w:r>
        <w:rPr>
          <w:b/>
        </w:rPr>
        <w:t xml:space="preserve">2. </w:t>
      </w:r>
      <w:r>
        <w:t>Season the meat and place it on a second pan or on a clear side of the pan; keep raw meat juices away from ready-to-eat food. Roast until the thickest piece reaches the safe temperature listed in the quick reference.</w:t>
      </w:r>
    </w:p>
    <w:p>
      <w:pPr>
        <w:spacing w:after="60"/>
      </w:pPr>
      <w:r>
        <w:rPr>
          <w:b/>
        </w:rPr>
        <w:t xml:space="preserve">3. </w:t>
      </w:r>
      <w:r>
        <w:t>Cook the listed rice, pasta, beans, or potatoes according to the package or recipe quantity. Add frozen vegetables for the final 8–10 minutes or steam them separately.</w:t>
      </w:r>
    </w:p>
    <w:p>
      <w:pPr>
        <w:spacing w:after="60"/>
      </w:pPr>
      <w:r>
        <w:rPr>
          <w:b/>
        </w:rPr>
        <w:t xml:space="preserve">4. </w:t>
      </w:r>
      <w:r>
        <w:t>Rest meat 3 minutes, slice, and serve with the listed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574 calories and 60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fajita tacos with black beans</w:t>
      </w:r>
    </w:p>
    <w:p>
      <w:pPr>
        <w:spacing w:after="100"/>
      </w:pPr>
      <w:r>
        <w:t>Sizzling chicken and peppers in warm tortillas, with black beans.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$19.54</w:t>
            </w:r>
          </w:p>
        </w:tc>
        <w:tc>
          <w:tcPr>
            <w:tcW w:type="dxa" w:w="2556"/>
          </w:tcPr>
          <w:p>
            <w:r>
              <w:t>$3.91</w:t>
            </w:r>
          </w:p>
        </w:tc>
        <w:tc>
          <w:tcPr>
            <w:tcW w:type="dxa" w:w="2556"/>
          </w:tcPr>
          <w:p>
            <w:r>
              <w:t>20 min prep + 25 min cook</w:t>
            </w:r>
          </w:p>
        </w:tc>
      </w:tr>
    </w:tbl>
    <w:p>
      <w:pPr>
        <w:pStyle w:val="Caption"/>
      </w:pPr>
      <w:r>
        <w:t>Components: protein: Chicken breast; carbohydrate: tortillas; vegetable: peppers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15 each 6-inch flour tortillas</w:t>
      </w:r>
    </w:p>
    <w:p>
      <w:pPr>
        <w:pStyle w:val="ListBullet"/>
        <w:spacing w:after="0"/>
      </w:pPr>
      <w:r>
        <w:t>3 each Bell peppers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15 each 6-inch flour tortillas; 3 each bell peppers; 0.5 lb yellow onions; 2 can black beans; 8 oz medium salsa;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764 calories and 70 g protein. Estimate is approximate and varies by brands and portions.</w:t>
      </w:r>
    </w:p>
    <w:p>
      <w:r>
        <w:br w:type="page"/>
      </w:r>
    </w:p>
    <w:p>
      <w:pPr>
        <w:pStyle w:val="Heading2"/>
      </w:pPr>
      <w:r>
        <w:t>BBQ chicken sandwiches with slaw</w:t>
      </w:r>
    </w:p>
    <w:p>
      <w:pPr>
        <w:spacing w:after="100"/>
      </w:pPr>
      <w:r>
        <w:t>Tender barbecue chicken, cool slaw, roasted potatoes.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$19.88</w:t>
            </w:r>
          </w:p>
        </w:tc>
        <w:tc>
          <w:tcPr>
            <w:tcW w:type="dxa" w:w="2556"/>
          </w:tcPr>
          <w:p>
            <w:r>
              <w:t>$3.98</w:t>
            </w:r>
          </w:p>
        </w:tc>
        <w:tc>
          <w:tcPr>
            <w:tcW w:type="dxa" w:w="2556"/>
          </w:tcPr>
          <w:p>
            <w:r>
              <w:t>15 min prep + 40 min cook</w:t>
            </w:r>
          </w:p>
        </w:tc>
      </w:tr>
    </w:tbl>
    <w:p>
      <w:pPr>
        <w:pStyle w:val="Caption"/>
      </w:pPr>
      <w:r>
        <w:t>Components: protein: Chicken thigh; carbohydrate: buns and potatoes; vegetable: coleslaw.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thighs</w:t>
      </w:r>
    </w:p>
    <w:p>
      <w:pPr>
        <w:pStyle w:val="ListBullet"/>
        <w:spacing w:after="0"/>
      </w:pPr>
      <w:r>
        <w:t>12 oz BBQ sauce</w:t>
      </w:r>
    </w:p>
    <w:p>
      <w:pPr>
        <w:pStyle w:val="ListBullet"/>
        <w:spacing w:after="0"/>
      </w:pPr>
      <w:r>
        <w:t>6 bun Hamburger buns</w:t>
      </w:r>
    </w:p>
    <w:p>
      <w:pPr>
        <w:pStyle w:val="ListBullet"/>
        <w:spacing w:after="0"/>
      </w:pPr>
      <w:r>
        <w:t>1.5 lb Prepared coleslaw</w:t>
      </w:r>
    </w:p>
    <w:p>
      <w:pPr>
        <w:pStyle w:val="ListBullet"/>
        <w:spacing w:after="0"/>
      </w:pPr>
      <w:r>
        <w:t>2.5 lb Russet potatoes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thighs; 12 oz bbq sauce; 6 bun hamburger buns; 1.5 lb prepared coleslaw; 2.5 lb russet potatoes; 1 set pantry seasoning set: 2 tbsp oil, 1 tsp salt, 1/2 tsp pepper, 1 tsp garlic powder. Heat the oven to 425°F and cut the listed potatoes into wedges. Toss with 1 tablespoon oil and roast 30–40 minutes, turning once.</w:t>
      </w:r>
    </w:p>
    <w:p>
      <w:pPr>
        <w:spacing w:after="60"/>
      </w:pPr>
      <w:r>
        <w:rPr>
          <w:b/>
        </w:rPr>
        <w:t xml:space="preserve">2. </w:t>
      </w:r>
      <w:r>
        <w:t>Cook the listed meat until it reaches the safe temperature. For shredded chicken or pork, add the listed BBQ or tomato sauce and simmer until glossy and hot.</w:t>
      </w:r>
    </w:p>
    <w:p>
      <w:pPr>
        <w:spacing w:after="60"/>
      </w:pPr>
      <w:r>
        <w:rPr>
          <w:b/>
        </w:rPr>
        <w:t xml:space="preserve">3. </w:t>
      </w:r>
      <w:r>
        <w:t>Warm the listed buns. Put cold slaw or salad out at serving time.</w:t>
      </w:r>
    </w:p>
    <w:p>
      <w:pPr>
        <w:spacing w:after="60"/>
      </w:pPr>
      <w:r>
        <w:rPr>
          <w:b/>
        </w:rPr>
        <w:t xml:space="preserve">4. </w:t>
      </w:r>
      <w:r>
        <w:t>Serve sandwiches with the roasted potatoes and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962 calories and 58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enchilada rice bake</w:t>
      </w:r>
    </w:p>
    <w:p>
      <w:pPr>
        <w:spacing w:after="100"/>
      </w:pPr>
      <w:r>
        <w:t>A one-pan rice casserole with chicken, beans, salsa and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$22.40</w:t>
            </w:r>
          </w:p>
        </w:tc>
        <w:tc>
          <w:tcPr>
            <w:tcW w:type="dxa" w:w="2556"/>
          </w:tcPr>
          <w:p>
            <w:r>
              <w:t>$4.48</w:t>
            </w:r>
          </w:p>
        </w:tc>
        <w:tc>
          <w:tcPr>
            <w:tcW w:type="dxa" w:w="2556"/>
          </w:tcPr>
          <w:p>
            <w:r>
              <w:t>20 min prep + 45 min cook</w:t>
            </w:r>
          </w:p>
        </w:tc>
      </w:tr>
    </w:tbl>
    <w:p>
      <w:pPr>
        <w:pStyle w:val="Caption"/>
      </w:pPr>
      <w:r>
        <w:t>Components: protein: Chicken thigh; carbohydrate: rice; vegetable: peppers, beans and tomatoes.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thighs</w:t>
      </w:r>
    </w:p>
    <w:p>
      <w:pPr>
        <w:pStyle w:val="ListBullet"/>
        <w:spacing w:after="0"/>
      </w:pPr>
      <w:r>
        <w:t>1.5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 can Diced tomatoes</w:t>
      </w:r>
    </w:p>
    <w:p>
      <w:pPr>
        <w:pStyle w:val="ListBullet"/>
        <w:spacing w:after="0"/>
      </w:pPr>
      <w:r>
        <w:t>12 oz Medium salsa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thighs; 1.5 lb long-grain white rice; 2 can black beans; 2 each bell peppers; 1 can diced tomatoes; 12 oz medium salsa; 0.75 lb shredded mexican blend cheese;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1372 calories and 83 g protein. Estimate is approximate and varies by brands and portions.</w:t>
      </w:r>
    </w:p>
    <w:p>
      <w:r>
        <w:br w:type="page"/>
      </w:r>
    </w:p>
    <w:p>
      <w:pPr>
        <w:pStyle w:val="Heading2"/>
      </w:pPr>
      <w:r>
        <w:t>Teriyaki chicken rice bowls</w:t>
      </w:r>
    </w:p>
    <w:p>
      <w:pPr>
        <w:spacing w:after="100"/>
      </w:pPr>
      <w:r>
        <w:t>Glazed chicken over rice with a generous portion of mixed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$16.51</w:t>
            </w:r>
          </w:p>
        </w:tc>
        <w:tc>
          <w:tcPr>
            <w:tcW w:type="dxa" w:w="2556"/>
          </w:tcPr>
          <w:p>
            <w:r>
              <w:t>$3.30</w:t>
            </w:r>
          </w:p>
        </w:tc>
        <w:tc>
          <w:tcPr>
            <w:tcW w:type="dxa" w:w="2556"/>
          </w:tcPr>
          <w:p>
            <w:r>
              <w:t>15 min prep + 30 min cook</w:t>
            </w:r>
          </w:p>
        </w:tc>
      </w:tr>
    </w:tbl>
    <w:p>
      <w:pPr>
        <w:pStyle w:val="Caption"/>
      </w:pPr>
      <w:r>
        <w:t>Components: protein: Chicken breast; carbohydrate: rice; vegetable: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lb Frozen Normandy vegetables</w:t>
      </w:r>
    </w:p>
    <w:p>
      <w:pPr>
        <w:pStyle w:val="ListBullet"/>
        <w:spacing w:after="0"/>
      </w:pPr>
      <w:r>
        <w:t>8 oz Teriyaki sauce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1.25 lb long-grain white rice; 2 lb frozen normandy vegetables; 8 oz teriyaki sauce; 1 set pantry seasoning set: 2 tbsp oil, 1 tsp salt, 1/2 tsp pepper, 1 tsp garlic powder. Rinse the listed rice until water runs mostly clear. Combine it with twice its volume of water, bring to a boil, cover and cook on low until tender; rest 5 minutes.</w:t>
      </w:r>
    </w:p>
    <w:p>
      <w:pPr>
        <w:spacing w:after="60"/>
      </w:pPr>
      <w:r>
        <w:rPr>
          <w:b/>
        </w:rPr>
        <w:t xml:space="preserve">2. </w:t>
      </w:r>
      <w:r>
        <w:t>Cook the listed meat in a skillet or grill pan until it reaches the safe temperature. Stir in the listed sauce or seasoning.</w:t>
      </w:r>
    </w:p>
    <w:p>
      <w:pPr>
        <w:spacing w:after="60"/>
      </w:pPr>
      <w:r>
        <w:rPr>
          <w:b/>
        </w:rPr>
        <w:t xml:space="preserve">3. </w:t>
      </w:r>
      <w:r>
        <w:t>Heat the listed frozen vegetables, beans or corn until steaming hot. Drain canned vegetables and beans first.</w:t>
      </w:r>
    </w:p>
    <w:p>
      <w:pPr>
        <w:spacing w:after="60"/>
      </w:pPr>
      <w:r>
        <w:rPr>
          <w:b/>
        </w:rPr>
        <w:t xml:space="preserve">4. </w:t>
      </w:r>
      <w:r>
        <w:t>Build bowls with rice, meat and vegetables. Set salsa, cheese and other cold toppings out just before serving.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894 calories and 66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quesadillas with beans</w:t>
      </w:r>
    </w:p>
    <w:p>
      <w:pPr>
        <w:spacing w:after="100"/>
      </w:pPr>
      <w:r>
        <w:t>Crisp cheesy quesadillas with chicken, beans and fresh romaine.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$19.46</w:t>
            </w:r>
          </w:p>
        </w:tc>
        <w:tc>
          <w:tcPr>
            <w:tcW w:type="dxa" w:w="2556"/>
          </w:tcPr>
          <w:p>
            <w:r>
              <w:t>$3.89</w:t>
            </w:r>
          </w:p>
        </w:tc>
        <w:tc>
          <w:tcPr>
            <w:tcW w:type="dxa" w:w="2556"/>
          </w:tcPr>
          <w:p>
            <w:r>
              <w:t>20 min prep + 25 min cook</w:t>
            </w:r>
          </w:p>
        </w:tc>
      </w:tr>
    </w:tbl>
    <w:p>
      <w:pPr>
        <w:pStyle w:val="Caption"/>
      </w:pPr>
      <w:r>
        <w:t>Components: protein: Chicken breast; carbohydrate: tortillas; vegetable: romaine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12 each 6-inch flour tortillas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2 heart Romaine hearts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12 each 6-inch flour tortillas; 0.75 lb shredded mexican blend cheese; 2 can black beans; 2 heart romaine hearts; 8 oz medium salsa;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962 calories and 85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Alfredo spaghetti with broccoli</w:t>
      </w:r>
    </w:p>
    <w:p>
      <w:pPr>
        <w:spacing w:after="100"/>
      </w:pPr>
      <w:r>
        <w:t>Creamy chicken pasta with broccoli, using a simple pantry sauce.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$17.70</w:t>
            </w:r>
          </w:p>
        </w:tc>
        <w:tc>
          <w:tcPr>
            <w:tcW w:type="dxa" w:w="2556"/>
          </w:tcPr>
          <w:p>
            <w:r>
              <w:t>$3.54</w:t>
            </w:r>
          </w:p>
        </w:tc>
        <w:tc>
          <w:tcPr>
            <w:tcW w:type="dxa" w:w="2556"/>
          </w:tcPr>
          <w:p>
            <w:r>
              <w:t>20 min prep + 30 min cook</w:t>
            </w:r>
          </w:p>
        </w:tc>
      </w:tr>
    </w:tbl>
    <w:p>
      <w:pPr>
        <w:pStyle w:val="Caption"/>
      </w:pPr>
      <w:r>
        <w:t>Components: protein: Chicken breast; carbohydrate: pasta;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1.25 lb Spaghetti / pasta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0.5 lb Sour cream</w:t>
      </w:r>
    </w:p>
    <w:p>
      <w:pPr>
        <w:pStyle w:val="ListBullet"/>
        <w:spacing w:after="0"/>
      </w:pPr>
      <w:r>
        <w:t>0.5 lb Shredded mozzarella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1.25 lb spaghetti / pasta; 1.5 lb frozen broccoli florets; 0.5 lb sour cream; 0.5 lb shredded mozzarella; 1 set pantry seasoning set: 2 tbsp oil, 1 tsp salt, 1/2 tsp pepper, 1 tsp garlic powder. Bring a large pot of salted water to a boil. Add the listed amount of dry pasta and cook until just tender; drain, saving 1 cup of pasta water.</w:t>
      </w:r>
    </w:p>
    <w:p>
      <w:pPr>
        <w:spacing w:after="60"/>
      </w:pPr>
      <w:r>
        <w:rPr>
          <w:b/>
        </w:rPr>
        <w:t xml:space="preserve">2. </w:t>
      </w:r>
      <w:r>
        <w:t>In a second pot or deep skillet, cook the listed meat until safely cooked through. Add the listed marinara or sauce and simmer 5 minutes.</w:t>
      </w:r>
    </w:p>
    <w:p>
      <w:pPr>
        <w:spacing w:after="60"/>
      </w:pPr>
      <w:r>
        <w:rPr>
          <w:b/>
        </w:rPr>
        <w:t xml:space="preserve">3. </w:t>
      </w:r>
      <w:r>
        <w:t>Steam the listed vegetables until hot and tender. If using broccoli, add it to the pasta pot for the last 4 minutes.</w:t>
      </w:r>
    </w:p>
    <w:p>
      <w:pPr>
        <w:spacing w:after="60"/>
      </w:pPr>
      <w:r>
        <w:rPr>
          <w:b/>
        </w:rPr>
        <w:t xml:space="preserve">4. </w:t>
      </w:r>
      <w:r>
        <w:t>Combine pasta and sauce. Add a splash of pasta water if needed, then serve with the vegetables.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1014 calories and 81 g protein. Estimate is approximate and varies by brands and portions.</w:t>
      </w:r>
    </w:p>
    <w:p>
      <w:r>
        <w:br w:type="page"/>
      </w:r>
    </w:p>
    <w:p>
      <w:pPr>
        <w:pStyle w:val="Heading2"/>
      </w:pPr>
      <w:r>
        <w:t>Southwest chicken burrito bowls</w:t>
      </w:r>
    </w:p>
    <w:p>
      <w:pPr>
        <w:spacing w:after="100"/>
      </w:pPr>
      <w:r>
        <w:t>Taco-seasoned chicken over rice, black beans, corn, salsa and lettuce.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$19.36</w:t>
            </w:r>
          </w:p>
        </w:tc>
        <w:tc>
          <w:tcPr>
            <w:tcW w:type="dxa" w:w="2556"/>
          </w:tcPr>
          <w:p>
            <w:r>
              <w:t>$3.87</w:t>
            </w:r>
          </w:p>
        </w:tc>
        <w:tc>
          <w:tcPr>
            <w:tcW w:type="dxa" w:w="2556"/>
          </w:tcPr>
          <w:p>
            <w:r>
              <w:t>20 min prep + 30 min cook</w:t>
            </w:r>
          </w:p>
        </w:tc>
      </w:tr>
    </w:tbl>
    <w:p>
      <w:pPr>
        <w:pStyle w:val="Caption"/>
      </w:pPr>
      <w:r>
        <w:t>Components: protein: Chicken breast; carbohydrate: rice; vegetable: corn, lettuce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2 heart Romaine hearts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0.5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1.25 lb long-grain white rice; 2 can black beans; 1 can whole-kernel corn; 2 heart romaine hearts; 8 oz medium salsa; 0.5 lb shredded mexican blend cheese;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1118 calories and 82 g protein. Estimate is approximate and varies by brands and portions.</w:t>
      </w:r>
    </w:p>
    <w:p>
      <w:r>
        <w:br w:type="page"/>
      </w:r>
    </w:p>
    <w:p>
      <w:pPr>
        <w:pStyle w:val="Heading2"/>
      </w:pPr>
      <w:r>
        <w:t>Sheet-pan chicken, peppers and rice</w:t>
      </w:r>
    </w:p>
    <w:p>
      <w:pPr>
        <w:spacing w:after="100"/>
      </w:pPr>
      <w:r>
        <w:t>Roasted chicken and peppers served with rice and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$18.20</w:t>
            </w:r>
          </w:p>
        </w:tc>
        <w:tc>
          <w:tcPr>
            <w:tcW w:type="dxa" w:w="2556"/>
          </w:tcPr>
          <w:p>
            <w:r>
              <w:t>$3.64</w:t>
            </w:r>
          </w:p>
        </w:tc>
        <w:tc>
          <w:tcPr>
            <w:tcW w:type="dxa" w:w="2556"/>
          </w:tcPr>
          <w:p>
            <w:r>
              <w:t>20 min prep + 40 min cook</w:t>
            </w:r>
          </w:p>
        </w:tc>
      </w:tr>
    </w:tbl>
    <w:p>
      <w:pPr>
        <w:pStyle w:val="Caption"/>
      </w:pPr>
      <w:r>
        <w:t>Components: protein: Chicken thigh; carbohydrate: rice; vegetable: peppers and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thighs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3 each Bell peppers</w:t>
      </w:r>
    </w:p>
    <w:p>
      <w:pPr>
        <w:pStyle w:val="ListBullet"/>
        <w:spacing w:after="0"/>
      </w:pPr>
      <w:r>
        <w:t>1.5 lb Frozen Normandy vegetables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thighs; 1.25 lb long-grain white rice; 3 each bell peppers; 1.5 lb frozen normandy vegetables; 1 set pantry seasoning set: 2 tbsp oil, 1 tsp salt, 1/2 tsp pepper, 1 tsp garlic powder. Heat the oven to 425°F. Cut the vegetables into bite-size pieces and spread them on a rimmed sheet pan with 1 tablespoon oil and the listed seasoning.</w:t>
      </w:r>
    </w:p>
    <w:p>
      <w:pPr>
        <w:spacing w:after="60"/>
      </w:pPr>
      <w:r>
        <w:rPr>
          <w:b/>
        </w:rPr>
        <w:t xml:space="preserve">2. </w:t>
      </w:r>
      <w:r>
        <w:t>Season the meat and place it on a second pan or on a clear side of the pan; keep raw meat juices away from ready-to-eat food. Roast until the thickest piece reaches the safe temperature listed in the quick reference.</w:t>
      </w:r>
    </w:p>
    <w:p>
      <w:pPr>
        <w:spacing w:after="60"/>
      </w:pPr>
      <w:r>
        <w:rPr>
          <w:b/>
        </w:rPr>
        <w:t xml:space="preserve">3. </w:t>
      </w:r>
      <w:r>
        <w:t>Cook the listed rice, pasta, beans, or potatoes according to the package or recipe quantity. Add frozen vegetables for the final 8–10 minutes or steam them separately.</w:t>
      </w:r>
    </w:p>
    <w:p>
      <w:pPr>
        <w:spacing w:after="60"/>
      </w:pPr>
      <w:r>
        <w:rPr>
          <w:b/>
        </w:rPr>
        <w:t xml:space="preserve">4. </w:t>
      </w:r>
      <w:r>
        <w:t>Rest meat 3 minutes, slice, and serve with the listed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938 calories and 58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taco nacho platters</w:t>
      </w:r>
    </w:p>
    <w:p>
      <w:pPr>
        <w:spacing w:after="100"/>
      </w:pPr>
      <w:r>
        <w:t>Warm chicken and beans over chips with cheese, corn and crunchy slaw.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$24.20</w:t>
            </w:r>
          </w:p>
        </w:tc>
        <w:tc>
          <w:tcPr>
            <w:tcW w:type="dxa" w:w="2556"/>
          </w:tcPr>
          <w:p>
            <w:r>
              <w:t>$4.84</w:t>
            </w:r>
          </w:p>
        </w:tc>
        <w:tc>
          <w:tcPr>
            <w:tcW w:type="dxa" w:w="2556"/>
          </w:tcPr>
          <w:p>
            <w:r>
              <w:t>20 min prep + 25 min cook</w:t>
            </w:r>
          </w:p>
        </w:tc>
      </w:tr>
    </w:tbl>
    <w:p>
      <w:pPr>
        <w:pStyle w:val="Caption"/>
      </w:pPr>
      <w:r>
        <w:t>Components: protein: Chicken thigh; carbohydrate: tortilla chips; vegetable: corn and slaw.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thighs</w:t>
      </w:r>
    </w:p>
    <w:p>
      <w:pPr>
        <w:pStyle w:val="ListBullet"/>
        <w:spacing w:after="0"/>
      </w:pPr>
      <w:r>
        <w:t>15 oz Tortilla chips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lb Prepared coleslaw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thighs; 15 oz tortilla chips; 2 can black beans; 1 can whole-kernel corn; 0.75 lb shredded mexican blend cheese; 1 lb prepared coleslaw; 8 oz medium salsa;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1373 calories and 79 g protein. Estimate is approximate and varies by brands and portions.</w:t>
      </w:r>
    </w:p>
    <w:p>
      <w:r>
        <w:br w:type="page"/>
      </w:r>
    </w:p>
    <w:p>
      <w:pPr>
        <w:pStyle w:val="Heading2"/>
      </w:pPr>
      <w:r>
        <w:t>Italian chicken spaghetti with kale salad</w:t>
      </w:r>
    </w:p>
    <w:p>
      <w:pPr>
        <w:spacing w:after="100"/>
      </w:pPr>
      <w:r>
        <w:t>Italian-seasoned chicken and marinara pasta with a ready-to-serve salad.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$20.95</w:t>
            </w:r>
          </w:p>
        </w:tc>
        <w:tc>
          <w:tcPr>
            <w:tcW w:type="dxa" w:w="2556"/>
          </w:tcPr>
          <w:p>
            <w:r>
              <w:t>$4.19</w:t>
            </w:r>
          </w:p>
        </w:tc>
        <w:tc>
          <w:tcPr>
            <w:tcW w:type="dxa" w:w="2556"/>
          </w:tcPr>
          <w:p>
            <w:r>
              <w:t>15 min prep + 30 min cook</w:t>
            </w:r>
          </w:p>
        </w:tc>
      </w:tr>
    </w:tbl>
    <w:p>
      <w:pPr>
        <w:pStyle w:val="Caption"/>
      </w:pPr>
      <w:r>
        <w:t>Components: protein: Chicken breast; carbohydrate: pasta; vegetable: kale salad.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1.25 lb Spaghetti / pasta</w:t>
      </w:r>
    </w:p>
    <w:p>
      <w:pPr>
        <w:pStyle w:val="ListBullet"/>
        <w:spacing w:after="0"/>
      </w:pPr>
      <w:r>
        <w:t>1 jar Marinara sauce</w:t>
      </w:r>
    </w:p>
    <w:p>
      <w:pPr>
        <w:pStyle w:val="ListBullet"/>
        <w:spacing w:after="0"/>
      </w:pPr>
      <w:r>
        <w:t>1 lb Kale salad kit</w:t>
      </w:r>
    </w:p>
    <w:p>
      <w:pPr>
        <w:pStyle w:val="ListBullet"/>
        <w:spacing w:after="0"/>
      </w:pPr>
      <w:r>
        <w:t>0.5 lb Shredded mozzarella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1.25 lb spaghetti / pasta; 1 jar marinara sauce; 1 lb kale salad kit; 0.5 lb shredded mozzarella; 1 set pantry seasoning set: 2 tbsp oil, 1 tsp salt, 1/2 tsp pepper, 1 tsp garlic powder. Bring a large pot of salted water to a boil. Add the listed amount of dry pasta and cook until just tender; drain, saving 1 cup of pasta water.</w:t>
      </w:r>
    </w:p>
    <w:p>
      <w:pPr>
        <w:spacing w:after="60"/>
      </w:pPr>
      <w:r>
        <w:rPr>
          <w:b/>
        </w:rPr>
        <w:t xml:space="preserve">2. </w:t>
      </w:r>
      <w:r>
        <w:t>In a second pot or deep skillet, cook the listed meat until safely cooked through. Add the listed marinara or sauce and simmer 5 minutes.</w:t>
      </w:r>
    </w:p>
    <w:p>
      <w:pPr>
        <w:spacing w:after="60"/>
      </w:pPr>
      <w:r>
        <w:rPr>
          <w:b/>
        </w:rPr>
        <w:t xml:space="preserve">3. </w:t>
      </w:r>
      <w:r>
        <w:t>Steam the listed vegetables until hot and tender. If using broccoli, add it to the pasta pot for the last 4 minutes.</w:t>
      </w:r>
    </w:p>
    <w:p>
      <w:pPr>
        <w:spacing w:after="60"/>
      </w:pPr>
      <w:r>
        <w:rPr>
          <w:b/>
        </w:rPr>
        <w:t xml:space="preserve">4. </w:t>
      </w:r>
      <w:r>
        <w:t>Combine pasta and sauce. Add a splash of pasta water if needed, then serve with the vegetables.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1052 calories and 80 g protein. Estimate is approximate and varies by brands and portions.</w:t>
      </w:r>
    </w:p>
    <w:p>
      <w:r>
        <w:br w:type="page"/>
      </w:r>
    </w:p>
    <w:p>
      <w:pPr>
        <w:pStyle w:val="Heading2"/>
      </w:pPr>
      <w:r>
        <w:t>Southwest loaded chicken potatoes</w:t>
      </w:r>
    </w:p>
    <w:p>
      <w:pPr>
        <w:spacing w:after="100"/>
      </w:pPr>
      <w:r>
        <w:t>Baked potatoes topped with chicken, beans, corn, peppers and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$22.20</w:t>
            </w:r>
          </w:p>
        </w:tc>
        <w:tc>
          <w:tcPr>
            <w:tcW w:type="dxa" w:w="2556"/>
          </w:tcPr>
          <w:p>
            <w:r>
              <w:t>$4.44</w:t>
            </w:r>
          </w:p>
        </w:tc>
        <w:tc>
          <w:tcPr>
            <w:tcW w:type="dxa" w:w="2556"/>
          </w:tcPr>
          <w:p>
            <w:r>
              <w:t>20 min prep + 45 min cook</w:t>
            </w:r>
          </w:p>
        </w:tc>
      </w:tr>
    </w:tbl>
    <w:p>
      <w:pPr>
        <w:pStyle w:val="Caption"/>
      </w:pPr>
      <w:r>
        <w:t>Components: protein: Chicken breast; carbohydrate: potatoes; vegetable: corn, peppers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3.5 lb Russet potatoes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3.5 lb russet potatoes; 2 can black beans; 1 can whole-kernel corn; 2 each bell peppers; 0.75 lb shredded mexican blend cheese; 8 oz medium salsa;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1035 calories and 85 g protein. Estimate is approximate and varies by brands and portions.</w:t>
      </w:r>
    </w:p>
    <w:p>
      <w:r>
        <w:br w:type="page"/>
      </w:r>
    </w:p>
    <w:p>
      <w:pPr>
        <w:pStyle w:val="Heading2"/>
      </w:pPr>
      <w:r>
        <w:t>Oven-baked ranch chicken thighs</w:t>
      </w:r>
    </w:p>
    <w:p>
      <w:pPr>
        <w:spacing w:after="100"/>
      </w:pPr>
      <w:r>
        <w:t>Juicy seasoned chicken thighs baked alongside potatoes and green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$16.95</w:t>
            </w:r>
          </w:p>
        </w:tc>
        <w:tc>
          <w:tcPr>
            <w:tcW w:type="dxa" w:w="2556"/>
          </w:tcPr>
          <w:p>
            <w:r>
              <w:t>$3.39</w:t>
            </w:r>
          </w:p>
        </w:tc>
        <w:tc>
          <w:tcPr>
            <w:tcW w:type="dxa" w:w="2556"/>
          </w:tcPr>
          <w:p>
            <w:r>
              <w:t>15 min prep + 45 min cook</w:t>
            </w:r>
          </w:p>
        </w:tc>
      </w:tr>
    </w:tbl>
    <w:p>
      <w:pPr>
        <w:pStyle w:val="Caption"/>
      </w:pPr>
      <w:r>
        <w:t>Components: protein: Chicken thigh; carbohydrate: potatoes;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2.75 lb Boneless skinless chicken thighs</w:t>
      </w:r>
    </w:p>
    <w:p>
      <w:pPr>
        <w:pStyle w:val="ListBullet"/>
        <w:spacing w:after="0"/>
      </w:pPr>
      <w:r>
        <w:t>3 lb Russet potatoes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2.75 lb boneless skinless chicken thighs; 3 lb russet potatoes; 1.5 lb frozen broccoli florets; 1 set pantry seasoning set: 2 tbsp oil, 1 tsp salt, 1/2 tsp pepper, 1 tsp garlic powder. Heat the oven to 375°F. Grease a large baking dish.</w:t>
      </w:r>
    </w:p>
    <w:p>
      <w:pPr>
        <w:spacing w:after="60"/>
      </w:pPr>
      <w:r>
        <w:rPr>
          <w:b/>
        </w:rPr>
        <w:t xml:space="preserve">2. </w:t>
      </w:r>
      <w:r>
        <w:t>Cook the listed meat in a skillet until safely cooked. Stir in the listed cooked rice/potatoes, vegetables and sauce; season simply with salt, pepper and garlic.</w:t>
      </w:r>
    </w:p>
    <w:p>
      <w:pPr>
        <w:spacing w:after="60"/>
      </w:pPr>
      <w:r>
        <w:rPr>
          <w:b/>
        </w:rPr>
        <w:t xml:space="preserve">3. </w:t>
      </w:r>
      <w:r>
        <w:t>Spread in the dish and top with the listed cheese. Cover with foil and bake 25 minutes, then uncover for 10 minutes until hot throughout.</w:t>
      </w:r>
    </w:p>
    <w:p>
      <w:pPr>
        <w:spacing w:after="60"/>
      </w:pPr>
      <w:r>
        <w:rPr>
          <w:b/>
        </w:rPr>
        <w:t xml:space="preserve">4. </w:t>
      </w:r>
      <w:r>
        <w:t>Rest 5 minutes and serve with the listed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728 calories and 59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tortilla soup</w:t>
      </w:r>
    </w:p>
    <w:p>
      <w:pPr>
        <w:spacing w:after="100"/>
      </w:pPr>
      <w:r>
        <w:t>A quick chicken soup with tomatoes, corn, beans and tortilla strips.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$19.55</w:t>
            </w:r>
          </w:p>
        </w:tc>
        <w:tc>
          <w:tcPr>
            <w:tcW w:type="dxa" w:w="2556"/>
          </w:tcPr>
          <w:p>
            <w:r>
              <w:t>$3.91</w:t>
            </w:r>
          </w:p>
        </w:tc>
        <w:tc>
          <w:tcPr>
            <w:tcW w:type="dxa" w:w="2556"/>
          </w:tcPr>
          <w:p>
            <w:r>
              <w:t>20 min prep + 35 min cook</w:t>
            </w:r>
          </w:p>
        </w:tc>
      </w:tr>
    </w:tbl>
    <w:p>
      <w:pPr>
        <w:pStyle w:val="Caption"/>
      </w:pPr>
      <w:r>
        <w:t>Components: protein: Chicken breast; carbohydrate: tortilla chips; vegetable: tomatoes, corn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2 can Diced tomatoes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8 oz Tortilla chips</w:t>
      </w:r>
    </w:p>
    <w:p>
      <w:pPr>
        <w:pStyle w:val="ListBullet"/>
        <w:spacing w:after="0"/>
      </w:pPr>
      <w:r>
        <w:t>1 each Bell peppers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2 can diced tomatoes; 1 can whole-kernel corn; 2 can black beans; 8 oz tortilla chips; 1 each bell peppers; 1 set pantry seasoning set: 2 tbsp oil, 1 tsp salt, 1/2 tsp pepper, 1 tsp garlic powder. In a large pot, heat 1 tablespoon oil. Add diced peppers/onions and cook 5 minutes.</w:t>
      </w:r>
    </w:p>
    <w:p>
      <w:pPr>
        <w:spacing w:after="60"/>
      </w:pPr>
      <w:r>
        <w:rPr>
          <w:b/>
        </w:rPr>
        <w:t xml:space="preserve">2. </w:t>
      </w:r>
      <w:r>
        <w:t>Add the listed chicken or beef, brown until safe, then stir in listed beans, tomatoes, corn, seasoning and 6 cups water or broth.</w:t>
      </w:r>
    </w:p>
    <w:p>
      <w:pPr>
        <w:spacing w:after="60"/>
      </w:pPr>
      <w:r>
        <w:rPr>
          <w:b/>
        </w:rPr>
        <w:t xml:space="preserve">3. </w:t>
      </w:r>
      <w:r>
        <w:t>Simmer 20 minutes. Prepare rice or chips separately. Add frozen vegetables for the final 8 minutes if using.</w:t>
      </w:r>
    </w:p>
    <w:p>
      <w:pPr>
        <w:spacing w:after="60"/>
      </w:pPr>
      <w:r>
        <w:rPr>
          <w:b/>
        </w:rPr>
        <w:t xml:space="preserve">4. </w:t>
      </w:r>
      <w:r>
        <w:t>Serve hot with the listed starch and toppings.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766 calories and 66 g protein. Estimate is approximate and varies by brands and portions.</w:t>
      </w:r>
    </w:p>
    <w:p>
      <w:r>
        <w:br w:type="page"/>
      </w:r>
    </w:p>
    <w:p>
      <w:pPr>
        <w:pStyle w:val="Heading2"/>
      </w:pPr>
      <w:r>
        <w:t>BBQ chicken baked potatoes</w:t>
      </w:r>
    </w:p>
    <w:p>
      <w:pPr>
        <w:spacing w:after="100"/>
      </w:pPr>
      <w:r>
        <w:t>Loaded potatoes filled with barbecue chicken, corn and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$18.08</w:t>
            </w:r>
          </w:p>
        </w:tc>
        <w:tc>
          <w:tcPr>
            <w:tcW w:type="dxa" w:w="2556"/>
          </w:tcPr>
          <w:p>
            <w:r>
              <w:t>$3.62</w:t>
            </w:r>
          </w:p>
        </w:tc>
        <w:tc>
          <w:tcPr>
            <w:tcW w:type="dxa" w:w="2556"/>
          </w:tcPr>
          <w:p>
            <w:r>
              <w:t>20 min prep + 50 min cook</w:t>
            </w:r>
          </w:p>
        </w:tc>
      </w:tr>
    </w:tbl>
    <w:p>
      <w:pPr>
        <w:pStyle w:val="Caption"/>
      </w:pPr>
      <w:r>
        <w:t>Components: protein: Chicken breast; carbohydrate: potatoes; vegetable: corn and romaine.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4 lb Russet potatoes</w:t>
      </w:r>
    </w:p>
    <w:p>
      <w:pPr>
        <w:pStyle w:val="ListBullet"/>
        <w:spacing w:after="0"/>
      </w:pPr>
      <w:r>
        <w:t>10 oz BBQ sauce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heart Romaine hearts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4 lb russet potatoes; 10 oz bbq sauce; 1 can whole-kernel corn; 0.75 lb shredded mexican blend cheese; 1 heart romaine hearts; 1 set pantry seasoning set: 2 tbsp oil, 1 tsp salt, 1/2 tsp pepper, 1 tsp garlic powder. Heat the oven to 375°F. Grease a large baking dish.</w:t>
      </w:r>
    </w:p>
    <w:p>
      <w:pPr>
        <w:spacing w:after="60"/>
      </w:pPr>
      <w:r>
        <w:rPr>
          <w:b/>
        </w:rPr>
        <w:t xml:space="preserve">2. </w:t>
      </w:r>
      <w:r>
        <w:t>Cook the listed meat in a skillet until safely cooked. Stir in the listed cooked rice/potatoes, vegetables and sauce; season simply with salt, pepper and garlic.</w:t>
      </w:r>
    </w:p>
    <w:p>
      <w:pPr>
        <w:spacing w:after="60"/>
      </w:pPr>
      <w:r>
        <w:rPr>
          <w:b/>
        </w:rPr>
        <w:t xml:space="preserve">3. </w:t>
      </w:r>
      <w:r>
        <w:t>Spread in the dish and top with the listed cheese. Cover with foil and bake 25 minutes, then uncover for 10 minutes until hot throughout.</w:t>
      </w:r>
    </w:p>
    <w:p>
      <w:pPr>
        <w:spacing w:after="60"/>
      </w:pPr>
      <w:r>
        <w:rPr>
          <w:b/>
        </w:rPr>
        <w:t xml:space="preserve">4. </w:t>
      </w:r>
      <w:r>
        <w:t>Rest 5 minutes and serve with the listed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997 calories and 78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and vegetable fried rice</w:t>
      </w:r>
    </w:p>
    <w:p>
      <w:pPr>
        <w:spacing w:after="100"/>
      </w:pPr>
      <w:r>
        <w:t>Fast fried rice with chicken, egg and frozen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$17.25</w:t>
            </w:r>
          </w:p>
        </w:tc>
        <w:tc>
          <w:tcPr>
            <w:tcW w:type="dxa" w:w="2556"/>
          </w:tcPr>
          <w:p>
            <w:r>
              <w:t>$3.45</w:t>
            </w:r>
          </w:p>
        </w:tc>
        <w:tc>
          <w:tcPr>
            <w:tcW w:type="dxa" w:w="2556"/>
          </w:tcPr>
          <w:p>
            <w:r>
              <w:t>20 min prep + 25 min cook</w:t>
            </w:r>
          </w:p>
        </w:tc>
      </w:tr>
    </w:tbl>
    <w:p>
      <w:pPr>
        <w:pStyle w:val="Caption"/>
      </w:pPr>
      <w:r>
        <w:t>Components: protein: Chicken breast; carbohydrate: rice; vegetable: mixed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2.25 lb Boneless skinless chicken breast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lb Frozen Normandy vegetables</w:t>
      </w:r>
    </w:p>
    <w:p>
      <w:pPr>
        <w:pStyle w:val="ListBullet"/>
        <w:spacing w:after="0"/>
      </w:pPr>
      <w:r>
        <w:t>0.5 dozen Large eggs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4 oz Teriyaki sauce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2.25 lb boneless skinless chicken breast; 1.25 lb long-grain white rice; 2 lb frozen normandy vegetables; 0.5 dozen large eggs; 0.5 lb yellow onions; 4 oz teriyaki sauce; 1 set pantry seasoning set: 2 tbsp oil, 1 tsp salt, 1/2 tsp pepper, 1 tsp garlic powder. Cook the listed rice and hold covered. Cut meat and vegetables to similar bite-size pieces.</w:t>
      </w:r>
    </w:p>
    <w:p>
      <w:pPr>
        <w:spacing w:after="60"/>
      </w:pPr>
      <w:r>
        <w:rPr>
          <w:b/>
        </w:rPr>
        <w:t xml:space="preserve">2. </w:t>
      </w:r>
      <w:r>
        <w:t>Heat a large skillet with 1 tablespoon oil. Cook meat until safe; remove to a clean plate.</w:t>
      </w:r>
    </w:p>
    <w:p>
      <w:pPr>
        <w:spacing w:after="60"/>
      </w:pPr>
      <w:r>
        <w:rPr>
          <w:b/>
        </w:rPr>
        <w:t xml:space="preserve">3. </w:t>
      </w:r>
      <w:r>
        <w:t>Scramble the listed egg if used, then add vegetables and rice. Return meat to the pan, add sauce, and toss until steaming hot.</w:t>
      </w:r>
    </w:p>
    <w:p>
      <w:pPr>
        <w:spacing w:after="60"/>
      </w:pPr>
      <w:r>
        <w:rPr>
          <w:b/>
        </w:rPr>
        <w:t xml:space="preserve">4. </w:t>
      </w:r>
      <w:r>
        <w:t>Serve immediately.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938 calories and 68 g protein. Estimate is approximate and varies by brands and portions.</w:t>
      </w:r>
    </w:p>
    <w:p>
      <w:r>
        <w:br w:type="page"/>
      </w:r>
    </w:p>
    <w:p>
      <w:pPr>
        <w:pStyle w:val="Heading2"/>
      </w:pPr>
      <w:r>
        <w:t>Creamy chicken and broccoli rice bake</w:t>
      </w:r>
    </w:p>
    <w:p>
      <w:pPr>
        <w:spacing w:after="100"/>
      </w:pPr>
      <w:r>
        <w:t>Comforting chicken, broccoli and rice casserole with a light creamy finish.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$16.33</w:t>
            </w:r>
          </w:p>
        </w:tc>
        <w:tc>
          <w:tcPr>
            <w:tcW w:type="dxa" w:w="2556"/>
          </w:tcPr>
          <w:p>
            <w:r>
              <w:t>$3.27</w:t>
            </w:r>
          </w:p>
        </w:tc>
        <w:tc>
          <w:tcPr>
            <w:tcW w:type="dxa" w:w="2556"/>
          </w:tcPr>
          <w:p>
            <w:r>
              <w:t>20 min prep + 45 min cook</w:t>
            </w:r>
          </w:p>
        </w:tc>
      </w:tr>
    </w:tbl>
    <w:p>
      <w:pPr>
        <w:pStyle w:val="Caption"/>
      </w:pPr>
      <w:r>
        <w:t>Components: protein: Chicken breast; carbohydrate: rice;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0.5 lb Sour cream</w:t>
      </w:r>
    </w:p>
    <w:p>
      <w:pPr>
        <w:pStyle w:val="ListBullet"/>
        <w:spacing w:after="0"/>
      </w:pPr>
      <w:r>
        <w:t>0.5 lb Shredded mozzarella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1.25 lb long-grain white rice; 1.5 lb frozen broccoli florets; 0.5 lb sour cream; 0.5 lb shredded mozzarella; 1 set pantry seasoning set: 2 tbsp oil, 1 tsp salt, 1/2 tsp pepper, 1 tsp garlic powder. Heat the oven to 375°F. Grease a large baking dish.</w:t>
      </w:r>
    </w:p>
    <w:p>
      <w:pPr>
        <w:spacing w:after="60"/>
      </w:pPr>
      <w:r>
        <w:rPr>
          <w:b/>
        </w:rPr>
        <w:t xml:space="preserve">2. </w:t>
      </w:r>
      <w:r>
        <w:t>Cook the listed meat in a skillet until safely cooked. Stir in the listed cooked rice/potatoes, vegetables and sauce; season simply with salt, pepper and garlic.</w:t>
      </w:r>
    </w:p>
    <w:p>
      <w:pPr>
        <w:spacing w:after="60"/>
      </w:pPr>
      <w:r>
        <w:rPr>
          <w:b/>
        </w:rPr>
        <w:t xml:space="preserve">3. </w:t>
      </w:r>
      <w:r>
        <w:t>Spread in the dish and top with the listed cheese. Cover with foil and bake 25 minutes, then uncover for 10 minutes until hot throughout.</w:t>
      </w:r>
    </w:p>
    <w:p>
      <w:pPr>
        <w:spacing w:after="60"/>
      </w:pPr>
      <w:r>
        <w:rPr>
          <w:b/>
        </w:rPr>
        <w:t xml:space="preserve">4. </w:t>
      </w:r>
      <w:r>
        <w:t>Rest 5 minutes and serve with the listed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1027 calories and 76 g protein. Estimate is approximate and varies by brands and portions.</w:t>
      </w:r>
    </w:p>
    <w:p>
      <w:r>
        <w:br w:type="page"/>
      </w:r>
    </w:p>
    <w:p>
      <w:pPr>
        <w:pStyle w:val="Heading2"/>
      </w:pPr>
      <w:r>
        <w:t>Grilled chicken fajita plates</w:t>
      </w:r>
    </w:p>
    <w:p>
      <w:pPr>
        <w:spacing w:after="100"/>
      </w:pPr>
      <w:r>
        <w:t>Grilled fajita chicken with peppers, rice and black beans.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$18.76</w:t>
            </w:r>
          </w:p>
        </w:tc>
        <w:tc>
          <w:tcPr>
            <w:tcW w:type="dxa" w:w="2556"/>
          </w:tcPr>
          <w:p>
            <w:r>
              <w:t>$3.75</w:t>
            </w:r>
          </w:p>
        </w:tc>
        <w:tc>
          <w:tcPr>
            <w:tcW w:type="dxa" w:w="2556"/>
          </w:tcPr>
          <w:p>
            <w:r>
              <w:t>20 min prep + 30 min cook</w:t>
            </w:r>
          </w:p>
        </w:tc>
      </w:tr>
    </w:tbl>
    <w:p>
      <w:pPr>
        <w:pStyle w:val="Caption"/>
      </w:pPr>
      <w:r>
        <w:t>Components: protein: Chicken breast; carbohydrate: rice; vegetable: peppers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3 each Bell peppers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1.25 lb long-grain white rice; 3 each bell peppers; 0.5 lb yellow onions; 2 can black beans; 8 oz medium salsa; 1 set pantry seasoning set: 2 tbsp oil, 1 tsp salt, 1/2 tsp pepper, 1 tsp garlic powder. Heat the grill to medium-high. Cook the listed rice and warm the beans.</w:t>
      </w:r>
    </w:p>
    <w:p>
      <w:pPr>
        <w:spacing w:after="60"/>
      </w:pPr>
      <w:r>
        <w:rPr>
          <w:b/>
        </w:rPr>
        <w:t xml:space="preserve">2. </w:t>
      </w:r>
      <w:r>
        <w:t>Grill the chicken until the thickest part reaches 165°F, turning once.</w:t>
      </w:r>
    </w:p>
    <w:p>
      <w:pPr>
        <w:spacing w:after="60"/>
      </w:pPr>
      <w:r>
        <w:rPr>
          <w:b/>
        </w:rPr>
        <w:t xml:space="preserve">3. </w:t>
      </w:r>
      <w:r>
        <w:t>Grill peppers and onions in a basket until softened. Warm tortillas if serving them.</w:t>
      </w:r>
    </w:p>
    <w:p>
      <w:pPr>
        <w:spacing w:after="60"/>
      </w:pPr>
      <w:r>
        <w:rPr>
          <w:b/>
        </w:rPr>
        <w:t xml:space="preserve">4. </w:t>
      </w:r>
      <w:r>
        <w:t>Slice chicken and serve with rice, beans and salsa.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906 calories and 69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parmesan spaghetti</w:t>
      </w:r>
    </w:p>
    <w:p>
      <w:pPr>
        <w:spacing w:after="100"/>
      </w:pPr>
      <w:r>
        <w:t>Crispy oven chicken with marinara, mozzarella and spaghetti.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$22.53</w:t>
            </w:r>
          </w:p>
        </w:tc>
        <w:tc>
          <w:tcPr>
            <w:tcW w:type="dxa" w:w="2556"/>
          </w:tcPr>
          <w:p>
            <w:r>
              <w:t>$4.51</w:t>
            </w:r>
          </w:p>
        </w:tc>
        <w:tc>
          <w:tcPr>
            <w:tcW w:type="dxa" w:w="2556"/>
          </w:tcPr>
          <w:p>
            <w:r>
              <w:t>25 min prep + 40 min cook</w:t>
            </w:r>
          </w:p>
        </w:tc>
      </w:tr>
    </w:tbl>
    <w:p>
      <w:pPr>
        <w:pStyle w:val="Caption"/>
      </w:pPr>
      <w:r>
        <w:t>Components: protein: Chicken breast; carbohydrate: pasta;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breast</w:t>
      </w:r>
    </w:p>
    <w:p>
      <w:pPr>
        <w:pStyle w:val="ListBullet"/>
        <w:spacing w:after="0"/>
      </w:pPr>
      <w:r>
        <w:t>1.25 lb Spaghetti / pasta</w:t>
      </w:r>
    </w:p>
    <w:p>
      <w:pPr>
        <w:pStyle w:val="ListBullet"/>
        <w:spacing w:after="0"/>
      </w:pPr>
      <w:r>
        <w:t>1 jar Marinara sauce</w:t>
      </w:r>
    </w:p>
    <w:p>
      <w:pPr>
        <w:pStyle w:val="ListBullet"/>
        <w:spacing w:after="0"/>
      </w:pPr>
      <w:r>
        <w:t>0.75 lb Shredded mozzarella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0.5 lb All-purpose flour</w:t>
      </w:r>
    </w:p>
    <w:p>
      <w:pPr>
        <w:pStyle w:val="ListBullet"/>
        <w:spacing w:after="0"/>
      </w:pPr>
      <w:r>
        <w:t>0.25 dozen Large eggs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breast; 1.25 lb spaghetti / pasta; 1 jar marinara sauce; 0.75 lb shredded mozzarella; 1.5 lb frozen broccoli florets; 0.5 lb all-purpose flour; 0.25 dozen large eggs; 1 set pantry seasoning set: 2 tbsp oil, 1 tsp salt, 1/2 tsp pepper, 1 tsp garlic powder. Cook the listed pasta in salted boiling water until tender; drain.</w:t>
      </w:r>
    </w:p>
    <w:p>
      <w:pPr>
        <w:spacing w:after="60"/>
      </w:pPr>
      <w:r>
        <w:rPr>
          <w:b/>
        </w:rPr>
        <w:t xml:space="preserve">2. </w:t>
      </w:r>
      <w:r>
        <w:t>Brown the listed sausage or chicken in a large pan until safely cooked. Add listed tomatoes/marinara and simmer 5 minutes.</w:t>
      </w:r>
    </w:p>
    <w:p>
      <w:pPr>
        <w:spacing w:after="60"/>
      </w:pPr>
      <w:r>
        <w:rPr>
          <w:b/>
        </w:rPr>
        <w:t xml:space="preserve">3. </w:t>
      </w:r>
      <w:r>
        <w:t>Stir in listed beans or vegetables and cook until hot. Add cheese and toss with pasta.</w:t>
      </w:r>
    </w:p>
    <w:p>
      <w:pPr>
        <w:spacing w:after="60"/>
      </w:pPr>
      <w:r>
        <w:rPr>
          <w:b/>
        </w:rPr>
        <w:t xml:space="preserve">4. </w:t>
      </w:r>
      <w:r>
        <w:t>Serve immediately with a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1256 calories and 95 g protein. Estimate is approximate and varies by brands and portions.</w:t>
      </w:r>
    </w:p>
    <w:p>
      <w:r>
        <w:br w:type="page"/>
      </w:r>
    </w:p>
    <w:p>
      <w:pPr>
        <w:pStyle w:val="Heading2"/>
      </w:pPr>
      <w:r>
        <w:t>Chicken taco stuffed potatoes</w:t>
      </w:r>
    </w:p>
    <w:p>
      <w:pPr>
        <w:spacing w:after="100"/>
      </w:pPr>
      <w:r>
        <w:t>Taco chicken and beans served over baked potatoes with salsa and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$20.86</w:t>
            </w:r>
          </w:p>
        </w:tc>
        <w:tc>
          <w:tcPr>
            <w:tcW w:type="dxa" w:w="2556"/>
          </w:tcPr>
          <w:p>
            <w:r>
              <w:t>$4.17</w:t>
            </w:r>
          </w:p>
        </w:tc>
        <w:tc>
          <w:tcPr>
            <w:tcW w:type="dxa" w:w="2556"/>
          </w:tcPr>
          <w:p>
            <w:r>
              <w:t>20 min prep + 45 min cook</w:t>
            </w:r>
          </w:p>
        </w:tc>
      </w:tr>
    </w:tbl>
    <w:p>
      <w:pPr>
        <w:pStyle w:val="Caption"/>
      </w:pPr>
      <w:r>
        <w:t>Components: protein: Chicken thigh; carbohydrate: potatoes; vegetable: beans and corn.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Boneless skinless chicken thighs</w:t>
      </w:r>
    </w:p>
    <w:p>
      <w:pPr>
        <w:pStyle w:val="ListBullet"/>
        <w:spacing w:after="0"/>
      </w:pPr>
      <w:r>
        <w:t>4 lb Russet potatoes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boneless skinless chicken thighs; 4 lb russet potatoes; 2 can black beans; 1 can whole-kernel corn; 8 oz medium salsa; 0.75 lb shredded mexican blend cheese; 1 set pantry seasoning set: 2 tbsp oil, 1 tsp salt, 1/2 tsp pepper, 1 tsp garlic powder. Cook the listed meat in a large skillet until safely cooked. Add the listed peppers/onions and cook until tender.</w:t>
      </w:r>
    </w:p>
    <w:p>
      <w:pPr>
        <w:spacing w:after="60"/>
      </w:pPr>
      <w:r>
        <w:rPr>
          <w:b/>
        </w:rPr>
        <w:t xml:space="preserve">2. </w:t>
      </w:r>
      <w:r>
        <w:t>Warm the listed rice or tortillas. Heat beans and corn until steaming.</w:t>
      </w:r>
    </w:p>
    <w:p>
      <w:pPr>
        <w:spacing w:after="60"/>
      </w:pPr>
      <w:r>
        <w:rPr>
          <w:b/>
        </w:rPr>
        <w:t xml:space="preserve">3. </w:t>
      </w:r>
      <w:r>
        <w:t>Arrange the listed vegetables and salsa as toppings. Build potatoes, burritos, bowls or tacos with the quantities given.</w:t>
      </w:r>
    </w:p>
    <w:p>
      <w:pPr>
        <w:spacing w:after="60"/>
      </w:pPr>
      <w:r>
        <w:rPr>
          <w:b/>
        </w:rPr>
        <w:t xml:space="preserve">4. </w:t>
      </w:r>
      <w:r>
        <w:t>Serve cheese and sour cream cold on the side; refrigerate promptly after dinner.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1173 calories and 80 g protein. Estimate is approximate and varies by brands and portions.</w:t>
      </w:r>
    </w:p>
    <w:p>
      <w:r>
        <w:br w:type="page"/>
      </w:r>
    </w:p>
    <w:p>
      <w:pPr>
        <w:pStyle w:val="Heading1"/>
      </w:pPr>
      <w:r>
        <w:t>Beef dinners</w:t>
      </w:r>
    </w:p>
    <w:p>
      <w:pPr>
        <w:pStyle w:val="Heading2"/>
      </w:pPr>
      <w:r>
        <w:t>Grilled cheeseburgers with potato wedges</w:t>
      </w:r>
    </w:p>
    <w:p>
      <w:pPr>
        <w:spacing w:after="100"/>
      </w:pPr>
      <w:r>
        <w:t>Grilled burgers with cheese, potato wedges and a fresh salad.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$26.90</w:t>
            </w:r>
          </w:p>
        </w:tc>
        <w:tc>
          <w:tcPr>
            <w:tcW w:type="dxa" w:w="2556"/>
          </w:tcPr>
          <w:p>
            <w:r>
              <w:t>$5.38</w:t>
            </w:r>
          </w:p>
        </w:tc>
        <w:tc>
          <w:tcPr>
            <w:tcW w:type="dxa" w:w="2556"/>
          </w:tcPr>
          <w:p>
            <w:r>
              <w:t>20 min prep + 35 min cook</w:t>
            </w:r>
          </w:p>
        </w:tc>
      </w:tr>
    </w:tbl>
    <w:p>
      <w:pPr>
        <w:pStyle w:val="Caption"/>
      </w:pPr>
      <w:r>
        <w:t>Components: protein: Ground beef; carbohydrate: buns and potatoes; vegetable: kale salad.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6 bun Hamburger buns</w:t>
      </w:r>
    </w:p>
    <w:p>
      <w:pPr>
        <w:pStyle w:val="ListBullet"/>
        <w:spacing w:after="0"/>
      </w:pPr>
      <w:r>
        <w:t>0.4 lb Shredded Mexican blend cheese</w:t>
      </w:r>
    </w:p>
    <w:p>
      <w:pPr>
        <w:pStyle w:val="ListBullet"/>
        <w:spacing w:after="0"/>
      </w:pPr>
      <w:r>
        <w:t>3 lb Russet potatoes</w:t>
      </w:r>
    </w:p>
    <w:p>
      <w:pPr>
        <w:pStyle w:val="ListBullet"/>
        <w:spacing w:after="0"/>
      </w:pPr>
      <w:r>
        <w:t>1 lb Kale salad kit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6 bun hamburger buns; 0.4 lb shredded mexican blend cheese; 3 lb russet potatoes; 1 lb kale salad kit; 1 set pantry seasoning set: 2 tbsp oil, 1 tsp salt, 1/2 tsp pepper, 1 tsp garlic powder. Heat the grill to medium-high and clean the grate. Cut potatoes and roast or microwave them until tender; finish with oil and seasoning.</w:t>
      </w:r>
    </w:p>
    <w:p>
      <w:pPr>
        <w:spacing w:after="60"/>
      </w:pPr>
      <w:r>
        <w:rPr>
          <w:b/>
        </w:rPr>
        <w:t xml:space="preserve">2. </w:t>
      </w:r>
      <w:r>
        <w:t>Form the listed ground meat into five patties or prepare the listed pieces. Grill, turning once, until the center reaches the safe temperature.</w:t>
      </w:r>
    </w:p>
    <w:p>
      <w:pPr>
        <w:spacing w:after="60"/>
      </w:pPr>
      <w:r>
        <w:rPr>
          <w:b/>
        </w:rPr>
        <w:t xml:space="preserve">3. </w:t>
      </w:r>
      <w:r>
        <w:t>During the final minutes, melt cheese on the meat and toast buns. Keep raw-meat plates and utensils separate from cooked food.</w:t>
      </w:r>
    </w:p>
    <w:p>
      <w:pPr>
        <w:spacing w:after="60"/>
      </w:pPr>
      <w:r>
        <w:rPr>
          <w:b/>
        </w:rPr>
        <w:t xml:space="preserve">4. </w:t>
      </w:r>
      <w:r>
        <w:t>Serve with the listed potatoes and salad or vegetables.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1392 calories and 69 g protein. Estimate is approximate and varies by brands and portions.</w:t>
      </w:r>
    </w:p>
    <w:p>
      <w:r>
        <w:br w:type="page"/>
      </w:r>
    </w:p>
    <w:p>
      <w:pPr>
        <w:pStyle w:val="Heading2"/>
      </w:pPr>
      <w:r>
        <w:t>Ground-beef taco bar</w:t>
      </w:r>
    </w:p>
    <w:p>
      <w:pPr>
        <w:spacing w:after="100"/>
      </w:pPr>
      <w:r>
        <w:t>Seasoned beef tacos with beans, lettuce, tomatoes, cheese and salsa.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$28.65</w:t>
            </w:r>
          </w:p>
        </w:tc>
        <w:tc>
          <w:tcPr>
            <w:tcW w:type="dxa" w:w="2556"/>
          </w:tcPr>
          <w:p>
            <w:r>
              <w:t>$5.73</w:t>
            </w:r>
          </w:p>
        </w:tc>
        <w:tc>
          <w:tcPr>
            <w:tcW w:type="dxa" w:w="2556"/>
          </w:tcPr>
          <w:p>
            <w:r>
              <w:t>20 min prep + 25 min cook</w:t>
            </w:r>
          </w:p>
        </w:tc>
      </w:tr>
    </w:tbl>
    <w:p>
      <w:pPr>
        <w:pStyle w:val="Caption"/>
      </w:pPr>
      <w:r>
        <w:t>Components: protein: Ground beef; carbohydrate: tortillas; vegetable: lettuce and tomatoes.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15 each 6-inch flour tortillas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2 heart Romaine hearts</w:t>
      </w:r>
    </w:p>
    <w:p>
      <w:pPr>
        <w:pStyle w:val="ListBullet"/>
        <w:spacing w:after="0"/>
      </w:pPr>
      <w:r>
        <w:t>1 can Diced tomatoes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0.5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15 each 6-inch flour tortillas; 2 can black beans; 2 heart romaine hearts; 1 can diced tomatoes; 8 oz medium salsa; 0.5 lb shredded mexican blend cheese;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1354 calories and 76 g protein. Estimate is approximate and varies by brands and portions.</w:t>
      </w:r>
    </w:p>
    <w:p>
      <w:r>
        <w:br w:type="page"/>
      </w:r>
    </w:p>
    <w:p>
      <w:pPr>
        <w:pStyle w:val="Heading2"/>
      </w:pPr>
      <w:r>
        <w:t>Meat-sauce spaghetti with broccoli</w:t>
      </w:r>
    </w:p>
    <w:p>
      <w:pPr>
        <w:spacing w:after="100"/>
      </w:pPr>
      <w:r>
        <w:t>Beef marinara over spaghetti with broccoli on the side.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$27.50</w:t>
            </w:r>
          </w:p>
        </w:tc>
        <w:tc>
          <w:tcPr>
            <w:tcW w:type="dxa" w:w="2556"/>
          </w:tcPr>
          <w:p>
            <w:r>
              <w:t>$5.50</w:t>
            </w:r>
          </w:p>
        </w:tc>
        <w:tc>
          <w:tcPr>
            <w:tcW w:type="dxa" w:w="2556"/>
          </w:tcPr>
          <w:p>
            <w:r>
              <w:t>15 min prep + 30 min cook</w:t>
            </w:r>
          </w:p>
        </w:tc>
      </w:tr>
    </w:tbl>
    <w:p>
      <w:pPr>
        <w:pStyle w:val="Caption"/>
      </w:pPr>
      <w:r>
        <w:t>Components: protein: Ground beef; carbohydrate: pasta;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1.5 lb Spaghetti / pasta</w:t>
      </w:r>
    </w:p>
    <w:p>
      <w:pPr>
        <w:pStyle w:val="ListBullet"/>
        <w:spacing w:after="0"/>
      </w:pPr>
      <w:r>
        <w:t>1 jar Marinara sauce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1.5 lb spaghetti / pasta; 1 jar marinara sauce; 1.5 lb frozen broccoli florets; 1 set pantry seasoning set: 2 tbsp oil, 1 tsp salt, 1/2 tsp pepper, 1 tsp garlic powder. Bring a large pot of salted water to a boil. Add the listed amount of dry pasta and cook until just tender; drain, saving 1 cup of pasta water.</w:t>
      </w:r>
    </w:p>
    <w:p>
      <w:pPr>
        <w:spacing w:after="60"/>
      </w:pPr>
      <w:r>
        <w:rPr>
          <w:b/>
        </w:rPr>
        <w:t xml:space="preserve">2. </w:t>
      </w:r>
      <w:r>
        <w:t>In a second pot or deep skillet, cook the listed meat until safely cooked through. Add the listed marinara or sauce and simmer 5 minutes.</w:t>
      </w:r>
    </w:p>
    <w:p>
      <w:pPr>
        <w:spacing w:after="60"/>
      </w:pPr>
      <w:r>
        <w:rPr>
          <w:b/>
        </w:rPr>
        <w:t xml:space="preserve">3. </w:t>
      </w:r>
      <w:r>
        <w:t>Steam the listed vegetables until hot and tender. If using broccoli, add it to the pasta pot for the last 4 minutes.</w:t>
      </w:r>
    </w:p>
    <w:p>
      <w:pPr>
        <w:spacing w:after="60"/>
      </w:pPr>
      <w:r>
        <w:rPr>
          <w:b/>
        </w:rPr>
        <w:t xml:space="preserve">4. </w:t>
      </w:r>
      <w:r>
        <w:t>Combine pasta and sauce. Add a splash of pasta water if needed, then serve with the vegetables.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1298 calories and 67 g protein. Estimate is approximate and varies by brands and portions.</w:t>
      </w:r>
    </w:p>
    <w:p>
      <w:r>
        <w:br w:type="page"/>
      </w:r>
    </w:p>
    <w:p>
      <w:pPr>
        <w:pStyle w:val="Heading2"/>
      </w:pPr>
      <w:r>
        <w:t>Beef enchilada skillet</w:t>
      </w:r>
    </w:p>
    <w:p>
      <w:pPr>
        <w:spacing w:after="100"/>
      </w:pPr>
      <w:r>
        <w:t>A saucy skillet of beef, rice, beans, vegetables and melted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$29.39</w:t>
            </w:r>
          </w:p>
        </w:tc>
        <w:tc>
          <w:tcPr>
            <w:tcW w:type="dxa" w:w="2556"/>
          </w:tcPr>
          <w:p>
            <w:r>
              <w:t>$5.88</w:t>
            </w:r>
          </w:p>
        </w:tc>
        <w:tc>
          <w:tcPr>
            <w:tcW w:type="dxa" w:w="2556"/>
          </w:tcPr>
          <w:p>
            <w:r>
              <w:t>20 min prep + 35 min cook</w:t>
            </w:r>
          </w:p>
        </w:tc>
      </w:tr>
    </w:tbl>
    <w:p>
      <w:pPr>
        <w:pStyle w:val="Caption"/>
      </w:pPr>
      <w:r>
        <w:t>Components: protein: Ground beef; carbohydrate: rice; vegetable: corn, peppers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12 oz Medium salsa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1.25 lb long-grain white rice; 2 can black beans; 1 can whole-kernel corn; 2 each bell peppers; 12 oz medium salsa; 0.75 lb shredded mexican blend cheese;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1616 calories and 82 g protein. Estimate is approximate and varies by brands and portions.</w:t>
      </w:r>
    </w:p>
    <w:p>
      <w:r>
        <w:br w:type="page"/>
      </w:r>
    </w:p>
    <w:p>
      <w:pPr>
        <w:pStyle w:val="Heading2"/>
      </w:pPr>
      <w:r>
        <w:t>Meatloaf with mashed potatoes and vegetables</w:t>
      </w:r>
    </w:p>
    <w:p>
      <w:pPr>
        <w:spacing w:after="100"/>
      </w:pPr>
      <w:r>
        <w:t>Familiar baked meatloaf with mashed potatoes and mixed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$25.96</w:t>
            </w:r>
          </w:p>
        </w:tc>
        <w:tc>
          <w:tcPr>
            <w:tcW w:type="dxa" w:w="2556"/>
          </w:tcPr>
          <w:p>
            <w:r>
              <w:t>$5.19</w:t>
            </w:r>
          </w:p>
        </w:tc>
        <w:tc>
          <w:tcPr>
            <w:tcW w:type="dxa" w:w="2556"/>
          </w:tcPr>
          <w:p>
            <w:r>
              <w:t>20 min prep + 55 min cook</w:t>
            </w:r>
          </w:p>
        </w:tc>
      </w:tr>
    </w:tbl>
    <w:p>
      <w:pPr>
        <w:pStyle w:val="Caption"/>
      </w:pPr>
      <w:r>
        <w:t>Components: protein: Ground beef; carbohydrate: potatoes; vegetable: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3.5 lb Russet potatoes</w:t>
      </w:r>
    </w:p>
    <w:p>
      <w:pPr>
        <w:pStyle w:val="ListBullet"/>
        <w:spacing w:after="0"/>
      </w:pPr>
      <w:r>
        <w:t>1.5 lb Frozen Normandy vegetables</w:t>
      </w:r>
    </w:p>
    <w:p>
      <w:pPr>
        <w:pStyle w:val="ListBullet"/>
        <w:spacing w:after="0"/>
      </w:pPr>
      <w:r>
        <w:t>0.5 dozen Large eggs</w:t>
      </w:r>
    </w:p>
    <w:p>
      <w:pPr>
        <w:pStyle w:val="ListBullet"/>
        <w:spacing w:after="0"/>
      </w:pPr>
      <w:r>
        <w:t>0.25 lb Rolled oats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3.5 lb russet potatoes; 1.5 lb frozen normandy vegetables; 0.5 dozen large eggs; 0.25 lb rolled oats; 1 set pantry seasoning set: 2 tbsp oil, 1 tsp salt, 1/2 tsp pepper, 1 tsp garlic powder. Heat the oven to 375°F. Grease a large baking dish. Cook any rice or pasta listed until nearly tender.</w:t>
      </w:r>
    </w:p>
    <w:p>
      <w:pPr>
        <w:spacing w:after="60"/>
      </w:pPr>
      <w:r>
        <w:rPr>
          <w:b/>
        </w:rPr>
        <w:t xml:space="preserve">2. </w:t>
      </w:r>
      <w:r>
        <w:t>Cook the listed meat in a skillet until safe; combine with listed vegetables, beans/tomatoes/sauce, starch and half the cheese.</w:t>
      </w:r>
    </w:p>
    <w:p>
      <w:pPr>
        <w:spacing w:after="60"/>
      </w:pPr>
      <w:r>
        <w:rPr>
          <w:b/>
        </w:rPr>
        <w:t xml:space="preserve">3. </w:t>
      </w:r>
      <w:r>
        <w:t>Spread mixture in the baking dish and top with remaining cheese. Cover with foil and bake 25 minutes; uncover for 10 minutes until bubbling and hot throughout.</w:t>
      </w:r>
    </w:p>
    <w:p>
      <w:pPr>
        <w:spacing w:after="60"/>
      </w:pPr>
      <w:r>
        <w:rPr>
          <w:b/>
        </w:rPr>
        <w:t xml:space="preserve">4. </w:t>
      </w:r>
      <w:r>
        <w:t>Rest 5 minutes before serving.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1132 calories and 63 g protein. Estimate is approximate and varies by brands and portions.</w:t>
      </w:r>
    </w:p>
    <w:p>
      <w:r>
        <w:br w:type="page"/>
      </w:r>
    </w:p>
    <w:p>
      <w:pPr>
        <w:pStyle w:val="Heading2"/>
      </w:pPr>
      <w:r>
        <w:t>Crispy beef quesadillas</w:t>
      </w:r>
    </w:p>
    <w:p>
      <w:pPr>
        <w:spacing w:after="100"/>
      </w:pPr>
      <w:r>
        <w:t>Crisped beef and cheese quesadillas with sautéed peppers and beans.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$27.37</w:t>
            </w:r>
          </w:p>
        </w:tc>
        <w:tc>
          <w:tcPr>
            <w:tcW w:type="dxa" w:w="2556"/>
          </w:tcPr>
          <w:p>
            <w:r>
              <w:t>$5.47</w:t>
            </w:r>
          </w:p>
        </w:tc>
        <w:tc>
          <w:tcPr>
            <w:tcW w:type="dxa" w:w="2556"/>
          </w:tcPr>
          <w:p>
            <w:r>
              <w:t>20 min prep + 25 min cook</w:t>
            </w:r>
          </w:p>
        </w:tc>
      </w:tr>
    </w:tbl>
    <w:p>
      <w:pPr>
        <w:pStyle w:val="Caption"/>
      </w:pPr>
      <w:r>
        <w:t>Components: protein: Ground beef; carbohydrate: tortillas; vegetable: peppers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12 each 6-inch flour tortillas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12 each 6-inch flour tortillas; 0.75 lb shredded mexican blend cheese; 2 each bell peppers; 0.5 lb yellow onions; 2 can black beans;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1376 calories and 79 g protein. Estimate is approximate and varies by brands and portions.</w:t>
      </w:r>
    </w:p>
    <w:p>
      <w:r>
        <w:br w:type="page"/>
      </w:r>
    </w:p>
    <w:p>
      <w:pPr>
        <w:pStyle w:val="Heading2"/>
      </w:pPr>
      <w:r>
        <w:t>Beef and broccoli stir-fry rice bowls</w:t>
      </w:r>
    </w:p>
    <w:p>
      <w:pPr>
        <w:spacing w:after="100"/>
      </w:pPr>
      <w:r>
        <w:t>Quick skillet beef with broccoli and rice in a savory sauce.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$24.68</w:t>
            </w:r>
          </w:p>
        </w:tc>
        <w:tc>
          <w:tcPr>
            <w:tcW w:type="dxa" w:w="2556"/>
          </w:tcPr>
          <w:p>
            <w:r>
              <w:t>$4.94</w:t>
            </w:r>
          </w:p>
        </w:tc>
        <w:tc>
          <w:tcPr>
            <w:tcW w:type="dxa" w:w="2556"/>
          </w:tcPr>
          <w:p>
            <w:r>
              <w:t>15 min prep + 25 min cook</w:t>
            </w:r>
          </w:p>
        </w:tc>
      </w:tr>
    </w:tbl>
    <w:p>
      <w:pPr>
        <w:pStyle w:val="Caption"/>
      </w:pPr>
      <w:r>
        <w:t>Components: protein: Ground beef; carbohydrate: rice;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lb Frozen broccoli florets</w:t>
      </w:r>
    </w:p>
    <w:p>
      <w:pPr>
        <w:pStyle w:val="ListBullet"/>
        <w:spacing w:after="0"/>
      </w:pPr>
      <w:r>
        <w:t>6 oz Teriyaki sauce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1.25 lb long-grain white rice; 2 lb frozen broccoli florets; 6 oz teriyaki sauce; 1 set pantry seasoning set: 2 tbsp oil, 1 tsp salt, 1/2 tsp pepper, 1 tsp garlic powder. Cook the listed rice and keep covered. Cut the vegetables into bite-size pieces and mix the listed sauce with 2 tablespoons water.</w:t>
      </w:r>
    </w:p>
    <w:p>
      <w:pPr>
        <w:spacing w:after="60"/>
      </w:pPr>
      <w:r>
        <w:rPr>
          <w:b/>
        </w:rPr>
        <w:t xml:space="preserve">2. </w:t>
      </w:r>
      <w:r>
        <w:t>Heat a large skillet until hot. Brown the listed ground meat, breaking it into small pieces; remove excess fat if needed.</w:t>
      </w:r>
    </w:p>
    <w:p>
      <w:pPr>
        <w:spacing w:after="60"/>
      </w:pPr>
      <w:r>
        <w:rPr>
          <w:b/>
        </w:rPr>
        <w:t xml:space="preserve">3. </w:t>
      </w:r>
      <w:r>
        <w:t>Add the listed broccoli or frozen vegetables. Stir-fry until hot and crisp-tender, then pour in sauce and simmer 2–3 minutes.</w:t>
      </w:r>
    </w:p>
    <w:p>
      <w:pPr>
        <w:spacing w:after="60"/>
      </w:pPr>
      <w:r>
        <w:rPr>
          <w:b/>
        </w:rPr>
        <w:t xml:space="preserve">4. </w:t>
      </w:r>
      <w:r>
        <w:t>Spoon the beef and vegetables over rice.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1250 calories and 60 g protein. Estimate is approximate and varies by brands and portions.</w:t>
      </w:r>
    </w:p>
    <w:p>
      <w:r>
        <w:br w:type="page"/>
      </w:r>
    </w:p>
    <w:p>
      <w:pPr>
        <w:pStyle w:val="Heading2"/>
      </w:pPr>
      <w:r>
        <w:t>Beef burrito bowls</w:t>
      </w:r>
    </w:p>
    <w:p>
      <w:pPr>
        <w:spacing w:after="100"/>
      </w:pPr>
      <w:r>
        <w:t>Rice bowls with beef, beans, corn, lettuce, salsa and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$27.61</w:t>
            </w:r>
          </w:p>
        </w:tc>
        <w:tc>
          <w:tcPr>
            <w:tcW w:type="dxa" w:w="2556"/>
          </w:tcPr>
          <w:p>
            <w:r>
              <w:t>$5.52</w:t>
            </w:r>
          </w:p>
        </w:tc>
        <w:tc>
          <w:tcPr>
            <w:tcW w:type="dxa" w:w="2556"/>
          </w:tcPr>
          <w:p>
            <w:r>
              <w:t>20 min prep + 30 min cook</w:t>
            </w:r>
          </w:p>
        </w:tc>
      </w:tr>
    </w:tbl>
    <w:p>
      <w:pPr>
        <w:pStyle w:val="Caption"/>
      </w:pPr>
      <w:r>
        <w:t>Components: protein: Ground beef; carbohydrate: rice; vegetable: corn, lettuce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2 heart Romaine hearts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0.5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1.25 lb long-grain white rice; 2 can black beans; 1 can whole-kernel corn; 2 heart romaine hearts; 8 oz medium salsa; 0.5 lb shredded mexican blend cheese;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1528 calories and 77 g protein. Estimate is approximate and varies by brands and portions.</w:t>
      </w:r>
    </w:p>
    <w:p>
      <w:r>
        <w:br w:type="page"/>
      </w:r>
    </w:p>
    <w:p>
      <w:pPr>
        <w:pStyle w:val="Heading2"/>
      </w:pPr>
      <w:r>
        <w:t>Sloppy Joes with potatoes and slaw</w:t>
      </w:r>
    </w:p>
    <w:p>
      <w:pPr>
        <w:spacing w:after="100"/>
      </w:pPr>
      <w:r>
        <w:t>Sweet-savory beef sandwiches served with potato wedges and slaw.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$26.74</w:t>
            </w:r>
          </w:p>
        </w:tc>
        <w:tc>
          <w:tcPr>
            <w:tcW w:type="dxa" w:w="2556"/>
          </w:tcPr>
          <w:p>
            <w:r>
              <w:t>$5.35</w:t>
            </w:r>
          </w:p>
        </w:tc>
        <w:tc>
          <w:tcPr>
            <w:tcW w:type="dxa" w:w="2556"/>
          </w:tcPr>
          <w:p>
            <w:r>
              <w:t>15 min prep + 35 min cook</w:t>
            </w:r>
          </w:p>
        </w:tc>
      </w:tr>
    </w:tbl>
    <w:p>
      <w:pPr>
        <w:pStyle w:val="Caption"/>
      </w:pPr>
      <w:r>
        <w:t>Components: protein: Ground beef; carbohydrate: buns and potatoes; vegetable: coleslaw.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6 bun Hamburger buns</w:t>
      </w:r>
    </w:p>
    <w:p>
      <w:pPr>
        <w:pStyle w:val="ListBullet"/>
        <w:spacing w:after="0"/>
      </w:pPr>
      <w:r>
        <w:t>2.5 lb Russet potatoes</w:t>
      </w:r>
    </w:p>
    <w:p>
      <w:pPr>
        <w:pStyle w:val="ListBullet"/>
        <w:spacing w:after="0"/>
      </w:pPr>
      <w:r>
        <w:t>1.25 lb Prepared coleslaw</w:t>
      </w:r>
    </w:p>
    <w:p>
      <w:pPr>
        <w:pStyle w:val="ListBullet"/>
        <w:spacing w:after="0"/>
      </w:pPr>
      <w:r>
        <w:t>1 can Diced tomatoes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6 bun hamburger buns; 2.5 lb russet potatoes; 1.25 lb prepared coleslaw; 1 can diced tomatoes; 1 set pantry seasoning set: 2 tbsp oil, 1 tsp salt, 1/2 tsp pepper, 1 tsp garlic powder. Heat the oven to 425°F and cut the listed potatoes into wedges. Toss with 1 tablespoon oil and roast 30–40 minutes, turning once.</w:t>
      </w:r>
    </w:p>
    <w:p>
      <w:pPr>
        <w:spacing w:after="60"/>
      </w:pPr>
      <w:r>
        <w:rPr>
          <w:b/>
        </w:rPr>
        <w:t xml:space="preserve">2. </w:t>
      </w:r>
      <w:r>
        <w:t>Cook the listed meat until it reaches the safe temperature. For shredded chicken or pork, add the listed BBQ or tomato sauce and simmer until glossy and hot.</w:t>
      </w:r>
    </w:p>
    <w:p>
      <w:pPr>
        <w:spacing w:after="60"/>
      </w:pPr>
      <w:r>
        <w:rPr>
          <w:b/>
        </w:rPr>
        <w:t xml:space="preserve">3. </w:t>
      </w:r>
      <w:r>
        <w:t>Warm the listed buns. Put cold slaw or salad out at serving time.</w:t>
      </w:r>
    </w:p>
    <w:p>
      <w:pPr>
        <w:spacing w:after="60"/>
      </w:pPr>
      <w:r>
        <w:rPr>
          <w:b/>
        </w:rPr>
        <w:t xml:space="preserve">4. </w:t>
      </w:r>
      <w:r>
        <w:t>Serve sandwiches with the roasted potatoes and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1176 calories and 58 g protein. Estimate is approximate and varies by brands and portions.</w:t>
      </w:r>
    </w:p>
    <w:p>
      <w:r>
        <w:br w:type="page"/>
      </w:r>
    </w:p>
    <w:p>
      <w:pPr>
        <w:pStyle w:val="Heading2"/>
      </w:pPr>
      <w:r>
        <w:t>Mexican stuffed peppers</w:t>
      </w:r>
    </w:p>
    <w:p>
      <w:pPr>
        <w:spacing w:after="100"/>
      </w:pPr>
      <w:r>
        <w:t>Bell peppers filled with beef, rice, tomatoes, corn and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$29.93</w:t>
            </w:r>
          </w:p>
        </w:tc>
        <w:tc>
          <w:tcPr>
            <w:tcW w:type="dxa" w:w="2556"/>
          </w:tcPr>
          <w:p>
            <w:r>
              <w:t>$5.99</w:t>
            </w:r>
          </w:p>
        </w:tc>
        <w:tc>
          <w:tcPr>
            <w:tcW w:type="dxa" w:w="2556"/>
          </w:tcPr>
          <w:p>
            <w:r>
              <w:t>25 min prep + 45 min cook</w:t>
            </w:r>
          </w:p>
        </w:tc>
      </w:tr>
    </w:tbl>
    <w:p>
      <w:pPr>
        <w:pStyle w:val="Caption"/>
      </w:pPr>
      <w:r>
        <w:t>Components: protein: Ground beef; carbohydrate: rice; vegetable: bell peppers and corn.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 lb Long-grain white rice</w:t>
      </w:r>
    </w:p>
    <w:p>
      <w:pPr>
        <w:pStyle w:val="ListBullet"/>
        <w:spacing w:after="0"/>
      </w:pPr>
      <w:r>
        <w:t>5 each Bell peppers</w:t>
      </w:r>
    </w:p>
    <w:p>
      <w:pPr>
        <w:pStyle w:val="ListBullet"/>
        <w:spacing w:after="0"/>
      </w:pPr>
      <w:r>
        <w:t>1 can Diced tomatoes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 lb long-grain white rice; 5 each bell peppers; 1 can diced tomatoes; 1 can whole-kernel corn; 0.75 lb shredded mexican blend cheese;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1426 calories and 72 g protein. Estimate is approximate and varies by brands and portions.</w:t>
      </w:r>
    </w:p>
    <w:p>
      <w:r>
        <w:br w:type="page"/>
      </w:r>
    </w:p>
    <w:p>
      <w:pPr>
        <w:pStyle w:val="Heading2"/>
      </w:pPr>
      <w:r>
        <w:t>Beef chili with cornbread-style side</w:t>
      </w:r>
    </w:p>
    <w:p>
      <w:pPr>
        <w:spacing w:after="100"/>
      </w:pPr>
      <w:r>
        <w:t>Thick beef and bean chili served with rice and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$29.18</w:t>
            </w:r>
          </w:p>
        </w:tc>
        <w:tc>
          <w:tcPr>
            <w:tcW w:type="dxa" w:w="2556"/>
          </w:tcPr>
          <w:p>
            <w:r>
              <w:t>$5.84</w:t>
            </w:r>
          </w:p>
        </w:tc>
        <w:tc>
          <w:tcPr>
            <w:tcW w:type="dxa" w:w="2556"/>
          </w:tcPr>
          <w:p>
            <w:r>
              <w:t>20 min prep + 50 min cook</w:t>
            </w:r>
          </w:p>
        </w:tc>
      </w:tr>
    </w:tbl>
    <w:p>
      <w:pPr>
        <w:pStyle w:val="Caption"/>
      </w:pPr>
      <w:r>
        <w:t>Components: protein: Ground beef; carbohydrate: rice; vegetable: tomatoes and peppers.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3 can Black beans</w:t>
      </w:r>
    </w:p>
    <w:p>
      <w:pPr>
        <w:pStyle w:val="ListBullet"/>
        <w:spacing w:after="0"/>
      </w:pPr>
      <w:r>
        <w:t>2 can Diced tomatoes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 lb Long-grain white rice</w:t>
      </w:r>
    </w:p>
    <w:p>
      <w:pPr>
        <w:pStyle w:val="ListBullet"/>
        <w:spacing w:after="0"/>
      </w:pPr>
      <w:r>
        <w:t>1.5 oz Chili seasoning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3 can black beans; 2 can diced tomatoes; 2 each bell peppers; 1 lb long-grain white rice; 1.5 oz chili seasoning; 1 set pantry seasoning set: 2 tbsp oil, 1 tsp salt, 1/2 tsp pepper, 1 tsp garlic powder. In a large pot, heat 1 tablespoon oil. Add diced peppers/onions and cook 5 minutes.</w:t>
      </w:r>
    </w:p>
    <w:p>
      <w:pPr>
        <w:spacing w:after="60"/>
      </w:pPr>
      <w:r>
        <w:rPr>
          <w:b/>
        </w:rPr>
        <w:t xml:space="preserve">2. </w:t>
      </w:r>
      <w:r>
        <w:t>Add the listed chicken or beef, brown until safe, then stir in listed beans, tomatoes, corn, seasoning and 6 cups water or broth.</w:t>
      </w:r>
    </w:p>
    <w:p>
      <w:pPr>
        <w:spacing w:after="60"/>
      </w:pPr>
      <w:r>
        <w:rPr>
          <w:b/>
        </w:rPr>
        <w:t xml:space="preserve">3. </w:t>
      </w:r>
      <w:r>
        <w:t>Simmer 20 minutes. Prepare rice or chips separately. Add frozen vegetables for the final 8 minutes if using.</w:t>
      </w:r>
    </w:p>
    <w:p>
      <w:pPr>
        <w:spacing w:after="60"/>
      </w:pPr>
      <w:r>
        <w:rPr>
          <w:b/>
        </w:rPr>
        <w:t xml:space="preserve">4. </w:t>
      </w:r>
      <w:r>
        <w:t>Serve hot with the listed starch and toppings.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1304 calories and 67 g protein. Estimate is approximate and varies by brands and portions.</w:t>
      </w:r>
    </w:p>
    <w:p>
      <w:r>
        <w:br w:type="page"/>
      </w:r>
    </w:p>
    <w:p>
      <w:pPr>
        <w:pStyle w:val="Heading2"/>
      </w:pPr>
      <w:r>
        <w:t>Beef and potato skillet</w:t>
      </w:r>
    </w:p>
    <w:p>
      <w:pPr>
        <w:spacing w:after="100"/>
      </w:pPr>
      <w:r>
        <w:t>One-pan beef, potatoes and vegetables with melted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$24.97</w:t>
            </w:r>
          </w:p>
        </w:tc>
        <w:tc>
          <w:tcPr>
            <w:tcW w:type="dxa" w:w="2556"/>
          </w:tcPr>
          <w:p>
            <w:r>
              <w:t>$4.99</w:t>
            </w:r>
          </w:p>
        </w:tc>
        <w:tc>
          <w:tcPr>
            <w:tcW w:type="dxa" w:w="2556"/>
          </w:tcPr>
          <w:p>
            <w:r>
              <w:t>20 min prep + 35 min cook</w:t>
            </w:r>
          </w:p>
        </w:tc>
      </w:tr>
    </w:tbl>
    <w:p>
      <w:pPr>
        <w:pStyle w:val="Caption"/>
      </w:pPr>
      <w:r>
        <w:t>Components: protein: Ground beef; carbohydrate: potatoes; vegetable: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3 lb Russet potatoes</w:t>
      </w:r>
    </w:p>
    <w:p>
      <w:pPr>
        <w:pStyle w:val="ListBullet"/>
        <w:spacing w:after="0"/>
      </w:pPr>
      <w:r>
        <w:t>1.5 lb Frozen Normandy vegetables</w:t>
      </w:r>
    </w:p>
    <w:p>
      <w:pPr>
        <w:pStyle w:val="ListBullet"/>
        <w:spacing w:after="0"/>
      </w:pPr>
      <w:r>
        <w:t>0.5 lb Shredded Mexican blend cheese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3 lb russet potatoes; 1.5 lb frozen normandy vegetables; 0.5 lb shredded mexican blend cheese; 0.5 lb yellow onions; 1 set pantry seasoning set: 2 tbsp oil, 1 tsp salt, 1/2 tsp pepper, 1 tsp garlic powder. Dice potatoes small; microwave with 2 tablespoons water, covered, for 6 minutes to soften.</w:t>
      </w:r>
    </w:p>
    <w:p>
      <w:pPr>
        <w:spacing w:after="60"/>
      </w:pPr>
      <w:r>
        <w:rPr>
          <w:b/>
        </w:rPr>
        <w:t xml:space="preserve">2. </w:t>
      </w:r>
      <w:r>
        <w:t>Slice sausage or chop meat. Brown in a large skillet with 1 tablespoon oil and diced onion/pepper.</w:t>
      </w:r>
    </w:p>
    <w:p>
      <w:pPr>
        <w:spacing w:after="60"/>
      </w:pPr>
      <w:r>
        <w:rPr>
          <w:b/>
        </w:rPr>
        <w:t xml:space="preserve">3. </w:t>
      </w:r>
      <w:r>
        <w:t>Add potatoes, rice or vegetables as listed. Cook, stirring, until browned and hot.</w:t>
      </w:r>
    </w:p>
    <w:p>
      <w:pPr>
        <w:spacing w:after="60"/>
      </w:pPr>
      <w:r>
        <w:rPr>
          <w:b/>
        </w:rPr>
        <w:t xml:space="preserve">4. </w:t>
      </w:r>
      <w:r>
        <w:t>Serve directly from the skillet with the listed vegetable component.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1211 calories and 66 g protein. Estimate is approximate and varies by brands and portions.</w:t>
      </w:r>
    </w:p>
    <w:p>
      <w:r>
        <w:br w:type="page"/>
      </w:r>
    </w:p>
    <w:p>
      <w:pPr>
        <w:pStyle w:val="Heading2"/>
      </w:pPr>
      <w:r>
        <w:t>Beef taco salad bowls</w:t>
      </w:r>
    </w:p>
    <w:p>
      <w:pPr>
        <w:spacing w:after="100"/>
      </w:pPr>
      <w:r>
        <w:t>Taco beef over romaine, beans, corn and chips with salsa.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$30.28</w:t>
            </w:r>
          </w:p>
        </w:tc>
        <w:tc>
          <w:tcPr>
            <w:tcW w:type="dxa" w:w="2556"/>
          </w:tcPr>
          <w:p>
            <w:r>
              <w:t>$6.06</w:t>
            </w:r>
          </w:p>
        </w:tc>
        <w:tc>
          <w:tcPr>
            <w:tcW w:type="dxa" w:w="2556"/>
          </w:tcPr>
          <w:p>
            <w:r>
              <w:t>20 min prep + 25 min cook</w:t>
            </w:r>
          </w:p>
        </w:tc>
      </w:tr>
    </w:tbl>
    <w:p>
      <w:pPr>
        <w:pStyle w:val="Caption"/>
      </w:pPr>
      <w:r>
        <w:t>Components: protein: Ground beef; carbohydrate: tortilla chips; vegetable: romaine, corn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3 heart Romaine hearts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12 oz Tortilla chips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0.5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3 heart romaine hearts; 2 can black beans; 1 can whole-kernel corn; 12 oz tortilla chips; 8 oz medium salsa; 0.5 lb shredded mexican blend cheese; 1 set pantry seasoning set: 2 tbsp oil, 1 tsp salt, 1/2 tsp pepper, 1 tsp garlic powder. Cook the listed meat in a large skillet until safely cooked. Add the listed peppers/onions and cook until tender.</w:t>
      </w:r>
    </w:p>
    <w:p>
      <w:pPr>
        <w:spacing w:after="60"/>
      </w:pPr>
      <w:r>
        <w:rPr>
          <w:b/>
        </w:rPr>
        <w:t xml:space="preserve">2. </w:t>
      </w:r>
      <w:r>
        <w:t>Warm the listed rice or tortillas. Heat beans and corn until steaming.</w:t>
      </w:r>
    </w:p>
    <w:p>
      <w:pPr>
        <w:spacing w:after="60"/>
      </w:pPr>
      <w:r>
        <w:rPr>
          <w:b/>
        </w:rPr>
        <w:t xml:space="preserve">3. </w:t>
      </w:r>
      <w:r>
        <w:t>Arrange the listed vegetables and salsa as toppings. Build potatoes, burritos, bowls or tacos with the quantities given.</w:t>
      </w:r>
    </w:p>
    <w:p>
      <w:pPr>
        <w:spacing w:after="60"/>
      </w:pPr>
      <w:r>
        <w:rPr>
          <w:b/>
        </w:rPr>
        <w:t xml:space="preserve">4. </w:t>
      </w:r>
      <w:r>
        <w:t>Serve cheese and sour cream cold on the side; refrigerate promptly after dinner.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1461 calories and 74 g protein. Estimate is approximate and varies by brands and portions.</w:t>
      </w:r>
    </w:p>
    <w:p>
      <w:r>
        <w:br w:type="page"/>
      </w:r>
    </w:p>
    <w:p>
      <w:pPr>
        <w:pStyle w:val="Heading2"/>
      </w:pPr>
      <w:r>
        <w:t>Beef and tomato rice casserole</w:t>
      </w:r>
    </w:p>
    <w:p>
      <w:pPr>
        <w:spacing w:after="100"/>
      </w:pPr>
      <w:r>
        <w:t>Simple oven casserole with beef, rice, tomatoes, corn and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$26.42</w:t>
            </w:r>
          </w:p>
        </w:tc>
        <w:tc>
          <w:tcPr>
            <w:tcW w:type="dxa" w:w="2556"/>
          </w:tcPr>
          <w:p>
            <w:r>
              <w:t>$5.28</w:t>
            </w:r>
          </w:p>
        </w:tc>
        <w:tc>
          <w:tcPr>
            <w:tcW w:type="dxa" w:w="2556"/>
          </w:tcPr>
          <w:p>
            <w:r>
              <w:t>20 min prep + 50 min cook</w:t>
            </w:r>
          </w:p>
        </w:tc>
      </w:tr>
    </w:tbl>
    <w:p>
      <w:pPr>
        <w:pStyle w:val="Caption"/>
      </w:pPr>
      <w:r>
        <w:t>Components: protein: Ground beef; carbohydrate: rice; vegetable: tomatoes and corn.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can Diced tomatoes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each Bell peppers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1.25 lb long-grain white rice; 2 can diced tomatoes; 1 can whole-kernel corn; 0.75 lb shredded mexican blend cheese; 1 each bell peppers; 1 set pantry seasoning set: 2 tbsp oil, 1 tsp salt, 1/2 tsp pepper, 1 tsp garlic powder. Heat the oven to 375°F. Grease a large baking dish.</w:t>
      </w:r>
    </w:p>
    <w:p>
      <w:pPr>
        <w:spacing w:after="60"/>
      </w:pPr>
      <w:r>
        <w:rPr>
          <w:b/>
        </w:rPr>
        <w:t xml:space="preserve">2. </w:t>
      </w:r>
      <w:r>
        <w:t>Cook the listed meat in a skillet until safely cooked. Stir in the listed cooked rice/potatoes, vegetables and sauce; season simply with salt, pepper and garlic.</w:t>
      </w:r>
    </w:p>
    <w:p>
      <w:pPr>
        <w:spacing w:after="60"/>
      </w:pPr>
      <w:r>
        <w:rPr>
          <w:b/>
        </w:rPr>
        <w:t xml:space="preserve">3. </w:t>
      </w:r>
      <w:r>
        <w:t>Spread in the dish and top with the listed cheese. Cover with foil and bake 25 minutes, then uncover for 10 minutes until hot throughout.</w:t>
      </w:r>
    </w:p>
    <w:p>
      <w:pPr>
        <w:spacing w:after="60"/>
      </w:pPr>
      <w:r>
        <w:rPr>
          <w:b/>
        </w:rPr>
        <w:t xml:space="preserve">4. </w:t>
      </w:r>
      <w:r>
        <w:t>Rest 5 minutes and serve with the listed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1502 calories and 74 g protein. Estimate is approximate and varies by brands and portions.</w:t>
      </w:r>
    </w:p>
    <w:p>
      <w:r>
        <w:br w:type="page"/>
      </w:r>
    </w:p>
    <w:p>
      <w:pPr>
        <w:pStyle w:val="Heading2"/>
      </w:pPr>
      <w:r>
        <w:t>BBQ beef sandwiches with roasted vegetables</w:t>
      </w:r>
    </w:p>
    <w:p>
      <w:pPr>
        <w:spacing w:after="100"/>
      </w:pPr>
      <w:r>
        <w:t>Saucy ground beef sandwiches with roasted potatoes and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$25.32</w:t>
            </w:r>
          </w:p>
        </w:tc>
        <w:tc>
          <w:tcPr>
            <w:tcW w:type="dxa" w:w="2556"/>
          </w:tcPr>
          <w:p>
            <w:r>
              <w:t>$5.06</w:t>
            </w:r>
          </w:p>
        </w:tc>
        <w:tc>
          <w:tcPr>
            <w:tcW w:type="dxa" w:w="2556"/>
          </w:tcPr>
          <w:p>
            <w:r>
              <w:t>15 min prep + 35 min cook</w:t>
            </w:r>
          </w:p>
        </w:tc>
      </w:tr>
    </w:tbl>
    <w:p>
      <w:pPr>
        <w:pStyle w:val="Caption"/>
      </w:pPr>
      <w:r>
        <w:t>Components: protein: Ground beef; carbohydrate: buns and potatoes; vegetable: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88/12 ground beef</w:t>
      </w:r>
    </w:p>
    <w:p>
      <w:pPr>
        <w:pStyle w:val="ListBullet"/>
        <w:spacing w:after="0"/>
      </w:pPr>
      <w:r>
        <w:t>10 oz BBQ sauce</w:t>
      </w:r>
    </w:p>
    <w:p>
      <w:pPr>
        <w:pStyle w:val="ListBullet"/>
        <w:spacing w:after="0"/>
      </w:pPr>
      <w:r>
        <w:t>6 bun Hamburger buns</w:t>
      </w:r>
    </w:p>
    <w:p>
      <w:pPr>
        <w:pStyle w:val="ListBullet"/>
        <w:spacing w:after="0"/>
      </w:pPr>
      <w:r>
        <w:t>2.5 lb Russet potatoes</w:t>
      </w:r>
    </w:p>
    <w:p>
      <w:pPr>
        <w:pStyle w:val="ListBullet"/>
        <w:spacing w:after="0"/>
      </w:pPr>
      <w:r>
        <w:t>1.5 lb Frozen Normandy vegetables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88/12 ground beef; 10 oz bbq sauce; 6 bun hamburger buns; 2.5 lb russet potatoes; 1.5 lb frozen normandy vegetables; 1 set pantry seasoning set: 2 tbsp oil, 1 tsp salt, 1/2 tsp pepper, 1 tsp garlic powder. Roast listed potatoes at 425°F with 1 tablespoon oil for 30–40 minutes.</w:t>
      </w:r>
    </w:p>
    <w:p>
      <w:pPr>
        <w:spacing w:after="60"/>
      </w:pPr>
      <w:r>
        <w:rPr>
          <w:b/>
        </w:rPr>
        <w:t xml:space="preserve">2. </w:t>
      </w:r>
      <w:r>
        <w:t>Brown ground meat in a skillet until safe; drain fat if needed and stir in BBQ sauce. Simmer 5 minutes.</w:t>
      </w:r>
    </w:p>
    <w:p>
      <w:pPr>
        <w:spacing w:after="60"/>
      </w:pPr>
      <w:r>
        <w:rPr>
          <w:b/>
        </w:rPr>
        <w:t xml:space="preserve">3. </w:t>
      </w:r>
      <w:r>
        <w:t>Toast buns and prepare vegetables. Keep raw meat tools separate from serving tools.</w:t>
      </w:r>
    </w:p>
    <w:p>
      <w:pPr>
        <w:spacing w:after="60"/>
      </w:pPr>
      <w:r>
        <w:rPr>
          <w:b/>
        </w:rPr>
        <w:t xml:space="preserve">4. </w:t>
      </w:r>
      <w:r>
        <w:t>Serve beef sandwiches with potatoes and vegetables.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1228 calories and 61 g protein. Estimate is approximate and varies by brands and portions.</w:t>
      </w:r>
    </w:p>
    <w:p>
      <w:r>
        <w:br w:type="page"/>
      </w:r>
    </w:p>
    <w:p>
      <w:pPr>
        <w:pStyle w:val="Heading1"/>
      </w:pPr>
      <w:r>
        <w:t>Pork dinners</w:t>
      </w:r>
    </w:p>
    <w:p>
      <w:pPr>
        <w:pStyle w:val="Heading2"/>
      </w:pPr>
      <w:r>
        <w:t>Slow-cooker pulled pork sandwiches</w:t>
      </w:r>
    </w:p>
    <w:p>
      <w:pPr>
        <w:spacing w:after="100"/>
      </w:pPr>
      <w:r>
        <w:t>Slow-cooked pulled pork with barbecue sauce, buns, slaw and beans.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$20.11</w:t>
            </w:r>
          </w:p>
        </w:tc>
        <w:tc>
          <w:tcPr>
            <w:tcW w:type="dxa" w:w="2556"/>
          </w:tcPr>
          <w:p>
            <w:r>
              <w:t>$4.02</w:t>
            </w:r>
          </w:p>
        </w:tc>
        <w:tc>
          <w:tcPr>
            <w:tcW w:type="dxa" w:w="2556"/>
          </w:tcPr>
          <w:p>
            <w:r>
              <w:t>15 min prep + 9 hrs cook</w:t>
            </w:r>
          </w:p>
        </w:tc>
      </w:tr>
    </w:tbl>
    <w:p>
      <w:pPr>
        <w:pStyle w:val="Caption"/>
      </w:pPr>
      <w:r>
        <w:t>Components: protein: Pulled pork; carbohydrate: buns; vegetable: coleslaw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12 oz BBQ sauce</w:t>
      </w:r>
    </w:p>
    <w:p>
      <w:pPr>
        <w:pStyle w:val="ListBullet"/>
        <w:spacing w:after="0"/>
      </w:pPr>
      <w:r>
        <w:t>6 bun Hamburger buns</w:t>
      </w:r>
    </w:p>
    <w:p>
      <w:pPr>
        <w:pStyle w:val="ListBullet"/>
        <w:spacing w:after="0"/>
      </w:pPr>
      <w:r>
        <w:t>1.25 lb Prepared coleslaw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12 oz bbq sauce; 6 bun hamburger buns; 1.25 lb prepared coleslaw; 2 can black beans;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Place both tour portions of raw shoulder in slow cookers with 1 cup water and seasoning. Cook on LOW 8–10 hours until fork-tender; shred and reserve the juices.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1312 calories and 72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carnitas tacos with rice</w:t>
      </w:r>
    </w:p>
    <w:p>
      <w:pPr>
        <w:spacing w:after="100"/>
      </w:pPr>
      <w:r>
        <w:t>Slow-cooked pulled pork in warm tortillas with rice and beans.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$19.22</w:t>
            </w:r>
          </w:p>
        </w:tc>
        <w:tc>
          <w:tcPr>
            <w:tcW w:type="dxa" w:w="2556"/>
          </w:tcPr>
          <w:p>
            <w:r>
              <w:t>$3.84</w:t>
            </w:r>
          </w:p>
        </w:tc>
        <w:tc>
          <w:tcPr>
            <w:tcW w:type="dxa" w:w="2556"/>
          </w:tcPr>
          <w:p>
            <w:r>
              <w:t>20 min prep + 9 hrs cook</w:t>
            </w:r>
          </w:p>
        </w:tc>
      </w:tr>
    </w:tbl>
    <w:p>
      <w:pPr>
        <w:pStyle w:val="Caption"/>
      </w:pPr>
      <w:r>
        <w:t>Components: protein: Pulled pork; carbohydrate: tortillas and rice; vegetable: beans and peppers.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15 each 6-inch flour tortillas</w:t>
      </w:r>
    </w:p>
    <w:p>
      <w:pPr>
        <w:pStyle w:val="ListBullet"/>
        <w:spacing w:after="0"/>
      </w:pPr>
      <w:r>
        <w:t>1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15 each 6-inch flour tortillas; 1 lb long-grain white rice; 2 can black beans; 2 each bell peppers; 8 oz medium salsa;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Warm the listed tortillas or rice. Heat beans, peppers, corn and salsa until steaming; keep toppings in separate bowls.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1593 calories and 81 g protein. Estimate is approximate and varies by brands and portions.</w:t>
      </w:r>
    </w:p>
    <w:p>
      <w:r>
        <w:br w:type="page"/>
      </w:r>
    </w:p>
    <w:p>
      <w:pPr>
        <w:pStyle w:val="Heading2"/>
      </w:pPr>
      <w:r>
        <w:t>Smoky pulled-pork rice plates</w:t>
      </w:r>
    </w:p>
    <w:p>
      <w:pPr>
        <w:spacing w:after="100"/>
      </w:pPr>
      <w:r>
        <w:t>Smoky pulled pork over rice with roasted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$16.64</w:t>
            </w:r>
          </w:p>
        </w:tc>
        <w:tc>
          <w:tcPr>
            <w:tcW w:type="dxa" w:w="2556"/>
          </w:tcPr>
          <w:p>
            <w:r>
              <w:t>$3.33</w:t>
            </w:r>
          </w:p>
        </w:tc>
        <w:tc>
          <w:tcPr>
            <w:tcW w:type="dxa" w:w="2556"/>
          </w:tcPr>
          <w:p>
            <w:r>
              <w:t>15 min prep + 9 hrs cook</w:t>
            </w:r>
          </w:p>
        </w:tc>
      </w:tr>
    </w:tbl>
    <w:p>
      <w:pPr>
        <w:pStyle w:val="Caption"/>
      </w:pPr>
      <w:r>
        <w:t>Components: protein: Pulled pork; carbohydrate: rice; vegetable: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lb Frozen Normandy vegetables</w:t>
      </w:r>
    </w:p>
    <w:p>
      <w:pPr>
        <w:pStyle w:val="ListBullet"/>
        <w:spacing w:after="0"/>
      </w:pPr>
      <w:r>
        <w:t>1 can Diced tomatoes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1.25 lb long-grain white rice; 2 lb frozen normandy vegetables; 1 can diced tomatoes;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Cook the listed rice with twice its volume of water. Heat the listed vegetables and sauce; fold in pulled pork and heat to 165°F.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1372 calories and 70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burrito bowls</w:t>
      </w:r>
    </w:p>
    <w:p>
      <w:pPr>
        <w:spacing w:after="100"/>
      </w:pPr>
      <w:r>
        <w:t>Shredded pulled pork with rice, black beans, corn and salsa.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$18.28</w:t>
            </w:r>
          </w:p>
        </w:tc>
        <w:tc>
          <w:tcPr>
            <w:tcW w:type="dxa" w:w="2556"/>
          </w:tcPr>
          <w:p>
            <w:r>
              <w:t>$3.66</w:t>
            </w:r>
          </w:p>
        </w:tc>
        <w:tc>
          <w:tcPr>
            <w:tcW w:type="dxa" w:w="2556"/>
          </w:tcPr>
          <w:p>
            <w:r>
              <w:t>15 min prep + 9 hrs cook</w:t>
            </w:r>
          </w:p>
        </w:tc>
      </w:tr>
    </w:tbl>
    <w:p>
      <w:pPr>
        <w:pStyle w:val="Caption"/>
      </w:pPr>
      <w:r>
        <w:t>Components: protein: Pulled pork; carbohydrate: rice; vegetable: beans and corn.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10 oz Medium salsa</w:t>
      </w:r>
    </w:p>
    <w:p>
      <w:pPr>
        <w:pStyle w:val="ListBullet"/>
        <w:spacing w:after="0"/>
      </w:pPr>
      <w:r>
        <w:t>0.5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1.25 lb long-grain white rice; 2 can black beans; 1 can whole-kernel corn; 10 oz medium salsa; 0.5 lb shredded mexican blend cheese;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Warm the listed tortillas or rice. Heat beans, peppers, corn and salsa until steaming; keep toppings in separate bowls.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1626 calories and 86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loaded potatoes with broccoli</w:t>
      </w:r>
    </w:p>
    <w:p>
      <w:pPr>
        <w:spacing w:after="100"/>
      </w:pPr>
      <w:r>
        <w:t>Pulled pork over baked potatoes with broccoli and a simple garlic finish.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$15.89</w:t>
            </w:r>
          </w:p>
        </w:tc>
        <w:tc>
          <w:tcPr>
            <w:tcW w:type="dxa" w:w="2556"/>
          </w:tcPr>
          <w:p>
            <w:r>
              <w:t>$3.18</w:t>
            </w:r>
          </w:p>
        </w:tc>
        <w:tc>
          <w:tcPr>
            <w:tcW w:type="dxa" w:w="2556"/>
          </w:tcPr>
          <w:p>
            <w:r>
              <w:t>15 min prep + 9 hrs cook</w:t>
            </w:r>
          </w:p>
        </w:tc>
      </w:tr>
    </w:tbl>
    <w:p>
      <w:pPr>
        <w:pStyle w:val="Caption"/>
      </w:pPr>
      <w:r>
        <w:t>Components: protein: Pulled pork; carbohydrate: potatoes;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3 lb Russet potatoes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3 lb russet potatoes; 1.5 lb frozen broccoli florets;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Heat the oven to 425°F. Roast the listed potatoes and vegetables with 1 tablespoon oil until tender. Heat pulled pork separately to 165°F and serve together.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1098 calories and 65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fajita quesadillas</w:t>
      </w:r>
    </w:p>
    <w:p>
      <w:pPr>
        <w:spacing w:after="100"/>
      </w:pPr>
      <w:r>
        <w:t>Pulled pork, peppers and cheese folded into crisp tortillas.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$21.11</w:t>
            </w:r>
          </w:p>
        </w:tc>
        <w:tc>
          <w:tcPr>
            <w:tcW w:type="dxa" w:w="2556"/>
          </w:tcPr>
          <w:p>
            <w:r>
              <w:t>$4.22</w:t>
            </w:r>
          </w:p>
        </w:tc>
        <w:tc>
          <w:tcPr>
            <w:tcW w:type="dxa" w:w="2556"/>
          </w:tcPr>
          <w:p>
            <w:r>
              <w:t>20 min prep + 9 hrs cook</w:t>
            </w:r>
          </w:p>
        </w:tc>
      </w:tr>
    </w:tbl>
    <w:p>
      <w:pPr>
        <w:pStyle w:val="Caption"/>
      </w:pPr>
      <w:r>
        <w:t>Components: protein: Pulled pork; carbohydrate: tortillas; vegetable: peppers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12 each 6-inch flour tortillas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3 each Bell peppers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12 each 6-inch flour tortillas; 0.75 lb shredded mexican blend cheese; 3 each bell peppers; 0.5 lb yellow onions; 2 can black beans;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Warm the listed tortillas or rice. Heat beans, peppers, corn and salsa until steaming; keep toppings in separate bowls.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1495 calories and 89 g protein. Estimate is approximate and varies by brands and portions.</w:t>
      </w:r>
    </w:p>
    <w:p>
      <w:r>
        <w:br w:type="page"/>
      </w:r>
    </w:p>
    <w:p>
      <w:pPr>
        <w:pStyle w:val="Heading2"/>
      </w:pPr>
      <w:r>
        <w:t>Teriyaki pulled-pork rice bowls</w:t>
      </w:r>
    </w:p>
    <w:p>
      <w:pPr>
        <w:spacing w:after="100"/>
      </w:pPr>
      <w:r>
        <w:t>Teriyaki pulled pork with rice and mixed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$17.23</w:t>
            </w:r>
          </w:p>
        </w:tc>
        <w:tc>
          <w:tcPr>
            <w:tcW w:type="dxa" w:w="2556"/>
          </w:tcPr>
          <w:p>
            <w:r>
              <w:t>$3.45</w:t>
            </w:r>
          </w:p>
        </w:tc>
        <w:tc>
          <w:tcPr>
            <w:tcW w:type="dxa" w:w="2556"/>
          </w:tcPr>
          <w:p>
            <w:r>
              <w:t>15 min prep + 9 hrs cook</w:t>
            </w:r>
          </w:p>
        </w:tc>
      </w:tr>
    </w:tbl>
    <w:p>
      <w:pPr>
        <w:pStyle w:val="Caption"/>
      </w:pPr>
      <w:r>
        <w:t>Components: protein: Pulled pork; carbohydrate: rice; vegetable: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lb Frozen Normandy vegetables</w:t>
      </w:r>
    </w:p>
    <w:p>
      <w:pPr>
        <w:pStyle w:val="ListBullet"/>
        <w:spacing w:after="0"/>
      </w:pPr>
      <w:r>
        <w:t>8 oz Teriyaki sauce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1.25 lb long-grain white rice; 2 lb frozen normandy vegetables; 8 oz teriyaki sauce;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Cook the listed rice with twice its volume of water. Heat the listed vegetables and sauce; fold in pulled pork and heat to 165°F.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1418 calories and 71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taco rice bowls</w:t>
      </w:r>
    </w:p>
    <w:p>
      <w:pPr>
        <w:spacing w:after="100"/>
      </w:pPr>
      <w:r>
        <w:t>Taco-style pulled pork over rice with beans, corn and salsa.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$17.52</w:t>
            </w:r>
          </w:p>
        </w:tc>
        <w:tc>
          <w:tcPr>
            <w:tcW w:type="dxa" w:w="2556"/>
          </w:tcPr>
          <w:p>
            <w:r>
              <w:t>$3.50</w:t>
            </w:r>
          </w:p>
        </w:tc>
        <w:tc>
          <w:tcPr>
            <w:tcW w:type="dxa" w:w="2556"/>
          </w:tcPr>
          <w:p>
            <w:r>
              <w:t>15 min prep + 9 hrs cook</w:t>
            </w:r>
          </w:p>
        </w:tc>
      </w:tr>
    </w:tbl>
    <w:p>
      <w:pPr>
        <w:pStyle w:val="Caption"/>
      </w:pPr>
      <w:r>
        <w:t>Components: protein: Pulled pork; carbohydrate: rice; vegetable: beans and corn.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heart Romaine hearts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1.25 lb long-grain white rice; 2 can black beans; 1 can whole-kernel corn; 8 oz medium salsa; 1 heart romaine hearts;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Warm the listed tortillas or rice. Heat beans, peppers, corn and salsa until steaming; keep toppings in separate bowls.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1452 calories and 75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vegetable stew</w:t>
      </w:r>
    </w:p>
    <w:p>
      <w:pPr>
        <w:spacing w:after="100"/>
      </w:pPr>
      <w:r>
        <w:t>A hearty one-pot stew with tender pulled pork, potatoes and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$16.73</w:t>
            </w:r>
          </w:p>
        </w:tc>
        <w:tc>
          <w:tcPr>
            <w:tcW w:type="dxa" w:w="2556"/>
          </w:tcPr>
          <w:p>
            <w:r>
              <w:t>$3.35</w:t>
            </w:r>
          </w:p>
        </w:tc>
        <w:tc>
          <w:tcPr>
            <w:tcW w:type="dxa" w:w="2556"/>
          </w:tcPr>
          <w:p>
            <w:r>
              <w:t>25 min prep + 9 hrs cook</w:t>
            </w:r>
          </w:p>
        </w:tc>
      </w:tr>
    </w:tbl>
    <w:p>
      <w:pPr>
        <w:pStyle w:val="Caption"/>
      </w:pPr>
      <w:r>
        <w:t>Components: protein: Pulled pork; carbohydrate: potatoes; vegetable: carrots and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3 lb Russet potatoes</w:t>
      </w:r>
    </w:p>
    <w:p>
      <w:pPr>
        <w:pStyle w:val="ListBullet"/>
        <w:spacing w:after="0"/>
      </w:pPr>
      <w:r>
        <w:t>1 lb Carrots</w:t>
      </w:r>
    </w:p>
    <w:p>
      <w:pPr>
        <w:pStyle w:val="ListBullet"/>
        <w:spacing w:after="0"/>
      </w:pPr>
      <w:r>
        <w:t>0.5 bunch Celery</w:t>
      </w:r>
    </w:p>
    <w:p>
      <w:pPr>
        <w:pStyle w:val="ListBullet"/>
        <w:spacing w:after="0"/>
      </w:pPr>
      <w:r>
        <w:t>1 lb Frozen Normandy vegetables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3 lb russet potatoes; 1 lb carrots; 0.5 bunch celery; 1 lb frozen normandy vegetables;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In a large pot, cook the listed carrots, celery and vegetables in 1 tablespoon oil with 6 cups broth or water. Simmer until tender, then stir in pulled pork and heat to 165°F.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1144 calories and 65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enchilada casserole</w:t>
      </w:r>
    </w:p>
    <w:p>
      <w:pPr>
        <w:spacing w:after="100"/>
      </w:pPr>
      <w:r>
        <w:t>Pulled pork layered with tortillas, beans, salsa and cheese.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$21.20</w:t>
            </w:r>
          </w:p>
        </w:tc>
        <w:tc>
          <w:tcPr>
            <w:tcW w:type="dxa" w:w="2556"/>
          </w:tcPr>
          <w:p>
            <w:r>
              <w:t>$4.24</w:t>
            </w:r>
          </w:p>
        </w:tc>
        <w:tc>
          <w:tcPr>
            <w:tcW w:type="dxa" w:w="2556"/>
          </w:tcPr>
          <w:p>
            <w:r>
              <w:t>20 min prep + 9 hrs cook</w:t>
            </w:r>
          </w:p>
        </w:tc>
      </w:tr>
    </w:tbl>
    <w:p>
      <w:pPr>
        <w:pStyle w:val="Caption"/>
      </w:pPr>
      <w:r>
        <w:t>Components: protein: Pulled pork; carbohydrate: tortillas; vegetable: beans and peppers.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12 each 6-inch flour tortillas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12 oz Medium salsa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12 each 6-inch flour tortillas; 2 can black beans; 2 each bell peppers; 12 oz medium salsa; 0.75 lb shredded mexican blend cheese;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Warm the listed tortillas or rice. Heat beans, peppers, corn and salsa until steaming; keep toppings in separate bowls.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1483 calories and 89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sheet-pan plates</w:t>
      </w:r>
    </w:p>
    <w:p>
      <w:pPr>
        <w:spacing w:after="100"/>
      </w:pPr>
      <w:r>
        <w:t>Pulled pork with roasted potatoes, peppers and broccoli.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$18.09</w:t>
            </w:r>
          </w:p>
        </w:tc>
        <w:tc>
          <w:tcPr>
            <w:tcW w:type="dxa" w:w="2556"/>
          </w:tcPr>
          <w:p>
            <w:r>
              <w:t>$3.62</w:t>
            </w:r>
          </w:p>
        </w:tc>
        <w:tc>
          <w:tcPr>
            <w:tcW w:type="dxa" w:w="2556"/>
          </w:tcPr>
          <w:p>
            <w:r>
              <w:t>20 min prep + 9 hrs cook</w:t>
            </w:r>
          </w:p>
        </w:tc>
      </w:tr>
    </w:tbl>
    <w:p>
      <w:pPr>
        <w:pStyle w:val="Caption"/>
      </w:pPr>
      <w:r>
        <w:t>Components: protein: Pulled pork; carbohydrate: potatoes; vegetable: peppers and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2.5 lb Russet potatoes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2.5 lb russet potatoes; 2 each bell peppers; 1.5 lb frozen broccoli florets;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Heat the oven to 425°F. Roast the listed potatoes and vegetables with 1 tablespoon oil until tender. Heat pulled pork separately to 165°F and serve together.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1074 calories and 65 g protein. Estimate is approximate and varies by brands and portions.</w:t>
      </w:r>
    </w:p>
    <w:p>
      <w:r>
        <w:br w:type="page"/>
      </w:r>
    </w:p>
    <w:p>
      <w:pPr>
        <w:pStyle w:val="Heading2"/>
      </w:pPr>
      <w:r>
        <w:t>Slow-cooker pork chili verde bowls</w:t>
      </w:r>
    </w:p>
    <w:p>
      <w:pPr>
        <w:spacing w:after="100"/>
      </w:pPr>
      <w:r>
        <w:t>Slow-cooked pork served over rice with beans and peppers.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$18.16</w:t>
            </w:r>
          </w:p>
        </w:tc>
        <w:tc>
          <w:tcPr>
            <w:tcW w:type="dxa" w:w="2556"/>
          </w:tcPr>
          <w:p>
            <w:r>
              <w:t>$3.63</w:t>
            </w:r>
          </w:p>
        </w:tc>
        <w:tc>
          <w:tcPr>
            <w:tcW w:type="dxa" w:w="2556"/>
          </w:tcPr>
          <w:p>
            <w:r>
              <w:t>15 min prep + 9 hrs cook</w:t>
            </w:r>
          </w:p>
        </w:tc>
      </w:tr>
    </w:tbl>
    <w:p>
      <w:pPr>
        <w:pStyle w:val="Caption"/>
      </w:pPr>
      <w:r>
        <w:t>Components: protein: Pulled pork; carbohydrate: rice; vegetable: beans and peppers.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10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1.25 lb long-grain white rice; 2 can black beans; 2 each bell peppers; 10 oz medium salsa;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Place both tour portions of raw shoulder in slow cookers with 1 cup water and seasoning. Cook on LOW 8–10 hours until fork-tender; shred and reserve the juices.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1408 calories and 74 g protein. Estimate is approximate and varies by brands and portions.</w:t>
      </w:r>
    </w:p>
    <w:p>
      <w:r>
        <w:br w:type="page"/>
      </w:r>
    </w:p>
    <w:p>
      <w:pPr>
        <w:pStyle w:val="Heading2"/>
      </w:pPr>
      <w:r>
        <w:t>Teriyaki pulled-pork rice plates</w:t>
      </w:r>
    </w:p>
    <w:p>
      <w:pPr>
        <w:spacing w:after="100"/>
      </w:pPr>
      <w:r>
        <w:t>Teriyaki pulled pork with rice and roasted vegetables.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$17.23</w:t>
            </w:r>
          </w:p>
        </w:tc>
        <w:tc>
          <w:tcPr>
            <w:tcW w:type="dxa" w:w="2556"/>
          </w:tcPr>
          <w:p>
            <w:r>
              <w:t>$3.45</w:t>
            </w:r>
          </w:p>
        </w:tc>
        <w:tc>
          <w:tcPr>
            <w:tcW w:type="dxa" w:w="2556"/>
          </w:tcPr>
          <w:p>
            <w:r>
              <w:t>20 min prep + 9 hrs cook</w:t>
            </w:r>
          </w:p>
        </w:tc>
      </w:tr>
    </w:tbl>
    <w:p>
      <w:pPr>
        <w:pStyle w:val="Caption"/>
      </w:pPr>
      <w:r>
        <w:t>Components: protein: Pulled pork; carbohydrate: rice; vegetable: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lb Frozen Normandy vegetables</w:t>
      </w:r>
    </w:p>
    <w:p>
      <w:pPr>
        <w:pStyle w:val="ListBullet"/>
        <w:spacing w:after="0"/>
      </w:pPr>
      <w:r>
        <w:t>8 oz Teriyaki sauce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1.25 lb long-grain white rice; 2 lb frozen normandy vegetables; 8 oz teriyaki sauce;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Heat the oven to 425°F. Roast the listed potatoes and vegetables with 1 tablespoon oil until tender. Heat pulled pork separately to 165°F and serve together.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1418 calories and 71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and black-bean burritos</w:t>
      </w:r>
    </w:p>
    <w:p>
      <w:pPr>
        <w:spacing w:after="100"/>
      </w:pPr>
      <w:r>
        <w:t>Rice, pulled pork, beans and cheese wrapped into hearty burritos.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$19.97</w:t>
            </w:r>
          </w:p>
        </w:tc>
        <w:tc>
          <w:tcPr>
            <w:tcW w:type="dxa" w:w="2556"/>
          </w:tcPr>
          <w:p>
            <w:r>
              <w:t>$3.99</w:t>
            </w:r>
          </w:p>
        </w:tc>
        <w:tc>
          <w:tcPr>
            <w:tcW w:type="dxa" w:w="2556"/>
          </w:tcPr>
          <w:p>
            <w:r>
              <w:t>20 min prep + 9 hrs cook</w:t>
            </w:r>
          </w:p>
        </w:tc>
      </w:tr>
    </w:tbl>
    <w:p>
      <w:pPr>
        <w:pStyle w:val="Caption"/>
      </w:pPr>
      <w:r>
        <w:t>Components: protein: Pulled pork; carbohydrate: burrito tortillas; vegetable: beans and romaine.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10 each 8-inch flour tortillas</w:t>
      </w:r>
    </w:p>
    <w:p>
      <w:pPr>
        <w:pStyle w:val="ListBullet"/>
        <w:spacing w:after="0"/>
      </w:pPr>
      <w:r>
        <w:t>1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1 heart Romaine hearts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10 each 8-inch flour tortillas; 1 lb long-grain white rice; 2 can black beans; 0.75 lb shredded mexican blend cheese; 1 heart romaine hearts; 8 oz medium salsa;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Warm the listed tortillas or rice. Heat beans, peppers, corn and salsa until steaming; keep toppings in separate bowls.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1870 calories and 97 g protein. Estimate is approximate and varies by brands and portions.</w:t>
      </w:r>
    </w:p>
    <w:p>
      <w:r>
        <w:br w:type="page"/>
      </w:r>
    </w:p>
    <w:p>
      <w:pPr>
        <w:pStyle w:val="Heading2"/>
      </w:pPr>
      <w:r>
        <w:t>Pulled-pork fried rice with vegetables</w:t>
      </w:r>
    </w:p>
    <w:p>
      <w:pPr>
        <w:spacing w:after="100"/>
      </w:pPr>
      <w:r>
        <w:t>Quick skillet fried rice with pulled pork, vegetables and egg.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$18.82</w:t>
            </w:r>
          </w:p>
        </w:tc>
        <w:tc>
          <w:tcPr>
            <w:tcW w:type="dxa" w:w="2556"/>
          </w:tcPr>
          <w:p>
            <w:r>
              <w:t>$3.76</w:t>
            </w:r>
          </w:p>
        </w:tc>
        <w:tc>
          <w:tcPr>
            <w:tcW w:type="dxa" w:w="2556"/>
          </w:tcPr>
          <w:p>
            <w:r>
              <w:t>20 min prep + 9 hrs cook</w:t>
            </w:r>
          </w:p>
        </w:tc>
      </w:tr>
    </w:tbl>
    <w:p>
      <w:pPr>
        <w:pStyle w:val="Caption"/>
      </w:pPr>
      <w:r>
        <w:t>Components: protein: Pulled pork; carbohydrate: rice; vegetable: mixed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3.25 lb Boneless pork shoulder for pulled pork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lb Frozen Normandy vegetables</w:t>
      </w:r>
    </w:p>
    <w:p>
      <w:pPr>
        <w:pStyle w:val="ListBullet"/>
        <w:spacing w:after="0"/>
      </w:pPr>
      <w:r>
        <w:t>0.5 dozen Large eggs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4 oz Teriyaki sauce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3.25 lb boneless pork shoulder for pulled pork; 1.25 lb long-grain white rice; 2 lb frozen normandy vegetables; 0.5 dozen large eggs; 0.5 lb yellow onions; 4 oz teriyaki sauce; 1 set pantry seasoning set: 2 tbsp oil, 1 tsp salt, 1/2 tsp pepper, 1 tsp garlic powder. For a two-dinner tour, combine the 3.25 lb raw pork-shoulder portion from each selected recipe, 6.5 lb total, in slow cookers with 1 cup water and seasoning. Cook on LOW 8–10 hours until fork-tender, then shred. For one dinner, cook only its 3.25 lb portion.</w:t>
      </w:r>
    </w:p>
    <w:p>
      <w:pPr>
        <w:spacing w:after="60"/>
      </w:pPr>
      <w:r>
        <w:rPr>
          <w:b/>
        </w:rPr>
        <w:t xml:space="preserve">2. </w:t>
      </w:r>
      <w:r>
        <w:t>Cook the listed rice and heat the vegetables in a large skillet. Add cooked pulled pork and the listed sauce; toss until steaming hot, at least 165°F.</w:t>
      </w:r>
    </w:p>
    <w:p>
      <w:pPr>
        <w:spacing w:after="60"/>
      </w:pPr>
      <w:r>
        <w:rPr>
          <w:b/>
        </w:rPr>
        <w:t xml:space="preserve">3. </w:t>
      </w:r>
      <w:r>
        <w:t>Serve the Day 1 portion. Cool the Day 2 portion in a shallow container and refrigerate within 2 hours. On Day 2, reheat the pulled pork to 165°F, stirring it with a little reserved cooking liquid so it stays moist.</w:t>
      </w:r>
    </w:p>
    <w:p>
      <w:pPr>
        <w:spacing w:after="60"/>
      </w:pPr>
      <w:r>
        <w:rPr>
          <w:b/>
        </w:rPr>
        <w:t xml:space="preserve">4. </w:t>
      </w:r>
      <w:r>
        <w:t>Finish the meal with the listed cheese, salsa, salad or other cold toppings just before serving. Keep raw-meat tools separate from serving utensils.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pulled pork from the paired tour instead of starting another shoulder. Chicken is not a pork substitute in this two-day protein-pairing system.</w:t>
      </w:r>
    </w:p>
    <w:p>
      <w:pPr>
        <w:spacing w:after="40"/>
      </w:pPr>
      <w:r>
        <w:rPr>
          <w:b/>
        </w:rPr>
        <w:t xml:space="preserve">Make ahead: </w:t>
      </w:r>
      <w:r>
        <w:t>Pulled pork is the make-ahead protein. At the start of a two-dinner tour, slow-cook both recipe portions together (about 6.5 lb raw shoulder for two five-serving dinners), shred, serve one portion, and chill the second portion promptly for Day 2.</w:t>
      </w:r>
    </w:p>
    <w:p>
      <w:pPr>
        <w:spacing w:after="40"/>
      </w:pPr>
      <w:r>
        <w:rPr>
          <w:b/>
        </w:rPr>
        <w:t xml:space="preserve">Leftovers: </w:t>
      </w:r>
      <w:r>
        <w:t>Refrigerate the cooked Day 2 portion in a shallow covered container within 2 hours. Use within 3–4 days. Reheat pulled pork to 165°F, adding reserved juices to prevent drying.</w:t>
      </w:r>
    </w:p>
    <w:p>
      <w:pPr>
        <w:spacing w:after="40"/>
      </w:pPr>
      <w:r>
        <w:rPr>
          <w:b/>
        </w:rPr>
        <w:t xml:space="preserve">Tour pairing: </w:t>
      </w:r>
      <w:r>
        <w:t>Pair with another pulled-pork dinner. Cook both shoulder portions together once, divide after shredding, serve one on Day 1, and refrigerate the second portion promptly for Day 2.</w:t>
      </w:r>
    </w:p>
    <w:p>
      <w:pPr>
        <w:pStyle w:val="Caption"/>
      </w:pPr>
      <w:r>
        <w:t>Nutrition planning estimate per serving: about 1488 calories and 78 g protein. Estimate is approximate and varies by brands and portions.</w:t>
      </w:r>
    </w:p>
    <w:p>
      <w:r>
        <w:br w:type="page"/>
      </w:r>
    </w:p>
    <w:p>
      <w:pPr>
        <w:pStyle w:val="Heading1"/>
      </w:pPr>
      <w:r>
        <w:t>Sausage dinners</w:t>
      </w:r>
    </w:p>
    <w:p>
      <w:pPr>
        <w:pStyle w:val="Heading2"/>
      </w:pPr>
      <w:r>
        <w:t>Sausage marinara spaghetti</w:t>
      </w:r>
    </w:p>
    <w:p>
      <w:pPr>
        <w:spacing w:after="100"/>
      </w:pPr>
      <w:r>
        <w:t>Italian sausage and marinara with spaghetti and broccoli.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$19.68</w:t>
            </w:r>
          </w:p>
        </w:tc>
        <w:tc>
          <w:tcPr>
            <w:tcW w:type="dxa" w:w="2556"/>
          </w:tcPr>
          <w:p>
            <w:r>
              <w:t>$3.94</w:t>
            </w:r>
          </w:p>
        </w:tc>
        <w:tc>
          <w:tcPr>
            <w:tcW w:type="dxa" w:w="2556"/>
          </w:tcPr>
          <w:p>
            <w:r>
              <w:t>15 min prep + 30 min cook</w:t>
            </w:r>
          </w:p>
        </w:tc>
      </w:tr>
    </w:tbl>
    <w:p>
      <w:pPr>
        <w:pStyle w:val="Caption"/>
      </w:pPr>
      <w:r>
        <w:t>Components: protein: Italian sausage; carbohydrate: pasta; vegetable: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Mild Italian sausage</w:t>
      </w:r>
    </w:p>
    <w:p>
      <w:pPr>
        <w:pStyle w:val="ListBullet"/>
        <w:spacing w:after="0"/>
      </w:pPr>
      <w:r>
        <w:t>1.5 lb Spaghetti / pasta</w:t>
      </w:r>
    </w:p>
    <w:p>
      <w:pPr>
        <w:pStyle w:val="ListBullet"/>
        <w:spacing w:after="0"/>
      </w:pPr>
      <w:r>
        <w:t>1 jar Marinara sauce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mild italian sausage; 1.5 lb spaghetti / pasta; 1 jar marinara sauce; 1.5 lb frozen broccoli florets; 1 set pantry seasoning set: 2 tbsp oil, 1 tsp salt, 1/2 tsp pepper, 1 tsp garlic powder. Bring a large pot of salted water to a boil. Add the listed amount of dry pasta and cook until just tender; drain, saving 1 cup of pasta water.</w:t>
      </w:r>
    </w:p>
    <w:p>
      <w:pPr>
        <w:spacing w:after="60"/>
      </w:pPr>
      <w:r>
        <w:rPr>
          <w:b/>
        </w:rPr>
        <w:t xml:space="preserve">2. </w:t>
      </w:r>
      <w:r>
        <w:t>In a second pot or deep skillet, cook the listed meat until safely cooked through. Add the listed marinara or sauce and simmer 5 minutes.</w:t>
      </w:r>
    </w:p>
    <w:p>
      <w:pPr>
        <w:spacing w:after="60"/>
      </w:pPr>
      <w:r>
        <w:rPr>
          <w:b/>
        </w:rPr>
        <w:t xml:space="preserve">3. </w:t>
      </w:r>
      <w:r>
        <w:t>Steam the listed vegetables until hot and tender. If using broccoli, add it to the pasta pot for the last 4 minutes.</w:t>
      </w:r>
    </w:p>
    <w:p>
      <w:pPr>
        <w:spacing w:after="60"/>
      </w:pPr>
      <w:r>
        <w:rPr>
          <w:b/>
        </w:rPr>
        <w:t xml:space="preserve">4. </w:t>
      </w:r>
      <w:r>
        <w:t>Combine pasta and sauce. Add a splash of pasta water if needed, then serve with the vegetables.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1418 calories and 63 g protein. Estimate is approximate and varies by brands and portions.</w:t>
      </w:r>
    </w:p>
    <w:p>
      <w:r>
        <w:br w:type="page"/>
      </w:r>
    </w:p>
    <w:p>
      <w:pPr>
        <w:pStyle w:val="Heading2"/>
      </w:pPr>
      <w:r>
        <w:t>Sausage and black-bean quesadillas</w:t>
      </w:r>
    </w:p>
    <w:p>
      <w:pPr>
        <w:spacing w:after="100"/>
      </w:pPr>
      <w:r>
        <w:t>Sausage, black beans and cheese in crisp tortillas with romaine.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$19.89</w:t>
            </w:r>
          </w:p>
        </w:tc>
        <w:tc>
          <w:tcPr>
            <w:tcW w:type="dxa" w:w="2556"/>
          </w:tcPr>
          <w:p>
            <w:r>
              <w:t>$3.98</w:t>
            </w:r>
          </w:p>
        </w:tc>
        <w:tc>
          <w:tcPr>
            <w:tcW w:type="dxa" w:w="2556"/>
          </w:tcPr>
          <w:p>
            <w:r>
              <w:t>20 min prep + 25 min cook</w:t>
            </w:r>
          </w:p>
        </w:tc>
      </w:tr>
    </w:tbl>
    <w:p>
      <w:pPr>
        <w:pStyle w:val="Caption"/>
      </w:pPr>
      <w:r>
        <w:t>Components: protein: Italian sausage; carbohydrate: tortillas; vegetable: romaine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Mild Italian sausage</w:t>
      </w:r>
    </w:p>
    <w:p>
      <w:pPr>
        <w:pStyle w:val="ListBullet"/>
        <w:spacing w:after="0"/>
      </w:pPr>
      <w:r>
        <w:t>12 each 6-inch flour tortillas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2 heart Romaine hearts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mild italian sausage; 12 each 6-inch flour tortillas; 2 can black beans; 0.75 lb shredded mexican blend cheese; 2 heart romaine hearts; 8 oz medium salsa;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1492 calories and 75 g protein. Estimate is approximate and varies by brands and portions.</w:t>
      </w:r>
    </w:p>
    <w:p>
      <w:r>
        <w:br w:type="page"/>
      </w:r>
    </w:p>
    <w:p>
      <w:pPr>
        <w:pStyle w:val="Heading2"/>
      </w:pPr>
      <w:r>
        <w:t>Sausage and pepper pizza with salad</w:t>
      </w:r>
    </w:p>
    <w:p>
      <w:pPr>
        <w:spacing w:after="100"/>
      </w:pPr>
      <w:r>
        <w:t>Two homemade pizzas with fresh dough, Italian sausage, peppers and mozzarella, served with kale salad.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$19.23</w:t>
            </w:r>
          </w:p>
        </w:tc>
        <w:tc>
          <w:tcPr>
            <w:tcW w:type="dxa" w:w="2556"/>
          </w:tcPr>
          <w:p>
            <w:r>
              <w:t>$3.85</w:t>
            </w:r>
          </w:p>
        </w:tc>
        <w:tc>
          <w:tcPr>
            <w:tcW w:type="dxa" w:w="2556"/>
          </w:tcPr>
          <w:p>
            <w:r>
              <w:t>25 min prep + 55 min cook</w:t>
            </w:r>
          </w:p>
        </w:tc>
      </w:tr>
    </w:tbl>
    <w:p>
      <w:pPr>
        <w:pStyle w:val="Caption"/>
      </w:pPr>
      <w:r>
        <w:t>Components: protein: Italian sausage; carbohydrate: homemade pizza dough; vegetable: bell peppers and kale salad.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1.5 lb All-purpose flour</w:t>
      </w:r>
    </w:p>
    <w:p>
      <w:pPr>
        <w:pStyle w:val="ListBullet"/>
        <w:spacing w:after="0"/>
      </w:pPr>
      <w:r>
        <w:t>0.25 oz Active dry yeast</w:t>
      </w:r>
    </w:p>
    <w:p>
      <w:pPr>
        <w:pStyle w:val="ListBullet"/>
        <w:spacing w:after="0"/>
      </w:pPr>
      <w:r>
        <w:t>1 tbsp Granulated sugar</w:t>
      </w:r>
    </w:p>
    <w:p>
      <w:pPr>
        <w:pStyle w:val="ListBullet"/>
        <w:spacing w:after="0"/>
      </w:pPr>
      <w:r>
        <w:t>1 tsp Table salt</w:t>
      </w:r>
    </w:p>
    <w:p>
      <w:pPr>
        <w:pStyle w:val="ListBullet"/>
        <w:spacing w:after="0"/>
      </w:pPr>
      <w:r>
        <w:t>2 tbsp Olive oil</w:t>
      </w:r>
    </w:p>
    <w:p>
      <w:pPr>
        <w:pStyle w:val="ListBullet"/>
        <w:spacing w:after="0"/>
      </w:pPr>
      <w:r>
        <w:t>1.75 lb Mild Italian sausage</w:t>
      </w:r>
    </w:p>
    <w:p>
      <w:pPr>
        <w:pStyle w:val="ListBullet"/>
        <w:spacing w:after="0"/>
      </w:pPr>
      <w:r>
        <w:t>0.75 jar Marinara sauce</w:t>
      </w:r>
    </w:p>
    <w:p>
      <w:pPr>
        <w:pStyle w:val="ListBullet"/>
        <w:spacing w:after="0"/>
      </w:pPr>
      <w:r>
        <w:t>0.75 lb Shredded mozzarella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 lb Kale salad kit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1.5 lb all-purpose flour, 0.25 oz active dry yeast, 1 tbsp sugar, 1 tsp salt and 2 tbsp olive oil. Stir the yeast and sugar into 1.5 cups warm water and wait 5 minutes. Mix in flour, salt and oil; knead 5 minutes, cover, and let rise 45–60 minutes.</w:t>
      </w:r>
    </w:p>
    <w:p>
      <w:pPr>
        <w:spacing w:after="60"/>
      </w:pPr>
      <w:r>
        <w:rPr>
          <w:b/>
        </w:rPr>
        <w:t xml:space="preserve">2. </w:t>
      </w:r>
      <w:r>
        <w:t>Heat the oven to 475°F. Divide the dough into two balls and stretch each into a 12–14 inch round on oiled pans. Spread 0.75 jar marinara over the two crusts, leaving a small rim.</w:t>
      </w:r>
    </w:p>
    <w:p>
      <w:pPr>
        <w:spacing w:after="60"/>
      </w:pPr>
      <w:r>
        <w:rPr>
          <w:b/>
        </w:rPr>
        <w:t xml:space="preserve">3. </w:t>
      </w:r>
      <w:r>
        <w:t>Brown 1.75 lb Italian sausage in a skillet until it reaches 160°F. Slice 2 bell peppers and cook them 4–5 minutes until just tender. Divide sausage, peppers and 0.75 lb mozzarella across the pizzas.</w:t>
      </w:r>
    </w:p>
    <w:p>
      <w:pPr>
        <w:spacing w:after="60"/>
      </w:pPr>
      <w:r>
        <w:rPr>
          <w:b/>
        </w:rPr>
        <w:t xml:space="preserve">4. </w:t>
      </w:r>
      <w:r>
        <w:t>Bake one pizza at a time for 12–16 minutes, until the crust is browned and the center is hot. Serve with 1 lb kale salad kit prepared according to its package directions.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cooked Italian sausage or mushrooms in place of fresh sausage. Keep the dough recipe and use any vegetables already on hand.</w:t>
      </w:r>
    </w:p>
    <w:p>
      <w:pPr>
        <w:spacing w:after="40"/>
      </w:pPr>
      <w:r>
        <w:rPr>
          <w:b/>
        </w:rPr>
        <w:t xml:space="preserve">Make ahead: </w:t>
      </w:r>
      <w:r>
        <w:t>Mix and refrigerate the dough up to 24 hours, covered. Bring it toward room temperature while the oven preheats. Keep sausage raw and refrigerated until browning.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 pizza within 2 hours. Store in a covered container for 3–4 days and reheat until steaming hot, or freeze slices.</w:t>
      </w:r>
    </w:p>
    <w:p>
      <w:pPr>
        <w:spacing w:after="40"/>
      </w:pPr>
      <w:r>
        <w:rPr>
          <w:b/>
        </w:rPr>
        <w:t xml:space="preserve">Tour pairing: </w:t>
      </w:r>
      <w:r>
        <w:t>Pairs with another Italian-sausage dinner. Buy one sausage package and reserve the measured Day 2 amount before cooking Day 1.</w:t>
      </w:r>
    </w:p>
    <w:p>
      <w:pPr>
        <w:pStyle w:val="Caption"/>
      </w:pPr>
      <w:r>
        <w:t>Nutrition planning estimate per serving: about 1528 calories and 64 g protein. Estimate is approximate and varies by brands and portions.</w:t>
      </w:r>
    </w:p>
    <w:p>
      <w:r>
        <w:br w:type="page"/>
      </w:r>
    </w:p>
    <w:p>
      <w:pPr>
        <w:pStyle w:val="Heading2"/>
      </w:pPr>
      <w:r>
        <w:t>Sausage and potato tacos</w:t>
      </w:r>
    </w:p>
    <w:p>
      <w:pPr>
        <w:spacing w:after="100"/>
      </w:pPr>
      <w:r>
        <w:t>Crispy potato and sausage tacos with peppers and beans.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$20.04</w:t>
            </w:r>
          </w:p>
        </w:tc>
        <w:tc>
          <w:tcPr>
            <w:tcW w:type="dxa" w:w="2556"/>
          </w:tcPr>
          <w:p>
            <w:r>
              <w:t>$4.01</w:t>
            </w:r>
          </w:p>
        </w:tc>
        <w:tc>
          <w:tcPr>
            <w:tcW w:type="dxa" w:w="2556"/>
          </w:tcPr>
          <w:p>
            <w:r>
              <w:t>20 min prep + 30 min cook</w:t>
            </w:r>
          </w:p>
        </w:tc>
      </w:tr>
    </w:tbl>
    <w:p>
      <w:pPr>
        <w:pStyle w:val="Caption"/>
      </w:pPr>
      <w:r>
        <w:t>Components: protein: Italian sausage; carbohydrate: tortillas; vegetable: peppers and beans.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Mild Italian sausage</w:t>
      </w:r>
    </w:p>
    <w:p>
      <w:pPr>
        <w:pStyle w:val="ListBullet"/>
        <w:spacing w:after="0"/>
      </w:pPr>
      <w:r>
        <w:t>2.5 lb Russet potatoes</w:t>
      </w:r>
    </w:p>
    <w:p>
      <w:pPr>
        <w:pStyle w:val="ListBullet"/>
        <w:spacing w:after="0"/>
      </w:pPr>
      <w:r>
        <w:t>15 each 6-inch flour tortillas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mild italian sausage; 2.5 lb russet potatoes; 15 each 6-inch flour tortillas; 2 each bell peppers; 2 can black beans; 8 oz medium salsa;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1445 calories and 64 g protein. Estimate is approximate and varies by brands and portions.</w:t>
      </w:r>
    </w:p>
    <w:p>
      <w:r>
        <w:br w:type="page"/>
      </w:r>
    </w:p>
    <w:p>
      <w:pPr>
        <w:pStyle w:val="Heading2"/>
      </w:pPr>
      <w:r>
        <w:t>Kielbasa potato-vegetable skillet</w:t>
      </w:r>
    </w:p>
    <w:p>
      <w:pPr>
        <w:spacing w:after="100"/>
      </w:pPr>
      <w:r>
        <w:t>Smoked sausage, browned potatoes and mixed vegetables in one pan.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$20.70</w:t>
            </w:r>
          </w:p>
        </w:tc>
        <w:tc>
          <w:tcPr>
            <w:tcW w:type="dxa" w:w="2556"/>
          </w:tcPr>
          <w:p>
            <w:r>
              <w:t>$4.14</w:t>
            </w:r>
          </w:p>
        </w:tc>
        <w:tc>
          <w:tcPr>
            <w:tcW w:type="dxa" w:w="2556"/>
          </w:tcPr>
          <w:p>
            <w:r>
              <w:t>15 min prep + 35 min cook</w:t>
            </w:r>
          </w:p>
        </w:tc>
      </w:tr>
    </w:tbl>
    <w:p>
      <w:pPr>
        <w:pStyle w:val="Caption"/>
      </w:pPr>
      <w:r>
        <w:t>Components: protein: Smoked sausage; carbohydrate: potatoes; vegetable: frozen vegetables.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Garlic smoked sausage</w:t>
      </w:r>
    </w:p>
    <w:p>
      <w:pPr>
        <w:pStyle w:val="ListBullet"/>
        <w:spacing w:after="0"/>
      </w:pPr>
      <w:r>
        <w:t>3 lb Russet potatoes</w:t>
      </w:r>
    </w:p>
    <w:p>
      <w:pPr>
        <w:pStyle w:val="ListBullet"/>
        <w:spacing w:after="0"/>
      </w:pPr>
      <w:r>
        <w:t>2 lb Frozen Normandy vegetables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garlic smoked sausage; 3 lb russet potatoes; 2 lb frozen normandy vegetables; 0.5 lb yellow onions; 1 set pantry seasoning set: 2 tbsp oil, 1 tsp salt, 1/2 tsp pepper, 1 tsp garlic powder. Dice the listed potatoes into ½-inch cubes. Microwave with a splash of water, covered, for 6–8 minutes to start them cooking.</w:t>
      </w:r>
    </w:p>
    <w:p>
      <w:pPr>
        <w:spacing w:after="60"/>
      </w:pPr>
      <w:r>
        <w:rPr>
          <w:b/>
        </w:rPr>
        <w:t xml:space="preserve">2. </w:t>
      </w:r>
      <w:r>
        <w:t>Slice the listed sausage and onion. Brown them in a large skillet with 1 tablespoon oil.</w:t>
      </w:r>
    </w:p>
    <w:p>
      <w:pPr>
        <w:spacing w:after="60"/>
      </w:pPr>
      <w:r>
        <w:rPr>
          <w:b/>
        </w:rPr>
        <w:t xml:space="preserve">3. </w:t>
      </w:r>
      <w:r>
        <w:t>Add potatoes and listed vegetables. Cook, turning occasionally, until browned and hot throughout.</w:t>
      </w:r>
    </w:p>
    <w:p>
      <w:pPr>
        <w:spacing w:after="60"/>
      </w:pPr>
      <w:r>
        <w:rPr>
          <w:b/>
        </w:rPr>
        <w:t xml:space="preserve">4. </w:t>
      </w:r>
      <w:r>
        <w:t>Serve directly from the skillet with the listed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1126 calories and 47 g protein. Estimate is approximate and varies by brands and portions.</w:t>
      </w:r>
    </w:p>
    <w:p>
      <w:r>
        <w:br w:type="page"/>
      </w:r>
    </w:p>
    <w:p>
      <w:pPr>
        <w:pStyle w:val="Heading2"/>
      </w:pPr>
      <w:r>
        <w:t>Southwest sausage burrito bowls</w:t>
      </w:r>
    </w:p>
    <w:p>
      <w:pPr>
        <w:spacing w:after="100"/>
      </w:pPr>
      <w:r>
        <w:t>Smoked sausage over rice with black beans, corn and peppers.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$22.84</w:t>
            </w:r>
          </w:p>
        </w:tc>
        <w:tc>
          <w:tcPr>
            <w:tcW w:type="dxa" w:w="2556"/>
          </w:tcPr>
          <w:p>
            <w:r>
              <w:t>$4.57</w:t>
            </w:r>
          </w:p>
        </w:tc>
        <w:tc>
          <w:tcPr>
            <w:tcW w:type="dxa" w:w="2556"/>
          </w:tcPr>
          <w:p>
            <w:r>
              <w:t>15 min prep + 30 min cook</w:t>
            </w:r>
          </w:p>
        </w:tc>
      </w:tr>
    </w:tbl>
    <w:p>
      <w:pPr>
        <w:pStyle w:val="Caption"/>
      </w:pPr>
      <w:r>
        <w:t>Components: protein: Smoked sausage; carbohydrate: rice; vegetable: beans, corn and peppers.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Garlic smoked sausage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garlic smoked sausage; 1.25 lb long-grain white rice; 2 can black beans; 1 can whole-kernel corn; 2 each bell peppers; 8 oz medium salsa;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1412 calories and 56 g protein. Estimate is approximate and varies by brands and portions.</w:t>
      </w:r>
    </w:p>
    <w:p>
      <w:r>
        <w:br w:type="page"/>
      </w:r>
    </w:p>
    <w:p>
      <w:pPr>
        <w:pStyle w:val="Heading2"/>
      </w:pPr>
      <w:r>
        <w:t>Sausage and white bean tomato pasta</w:t>
      </w:r>
    </w:p>
    <w:p>
      <w:pPr>
        <w:spacing w:after="100"/>
      </w:pPr>
      <w:r>
        <w:t>Italian sausage pasta with tomatoes, white beans and broccoli.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$21.30</w:t>
            </w:r>
          </w:p>
        </w:tc>
        <w:tc>
          <w:tcPr>
            <w:tcW w:type="dxa" w:w="2556"/>
          </w:tcPr>
          <w:p>
            <w:r>
              <w:t>$4.26</w:t>
            </w:r>
          </w:p>
        </w:tc>
        <w:tc>
          <w:tcPr>
            <w:tcW w:type="dxa" w:w="2556"/>
          </w:tcPr>
          <w:p>
            <w:r>
              <w:t>15 min prep + 30 min cook</w:t>
            </w:r>
          </w:p>
        </w:tc>
      </w:tr>
    </w:tbl>
    <w:p>
      <w:pPr>
        <w:pStyle w:val="Caption"/>
      </w:pPr>
      <w:r>
        <w:t>Components: protein: Italian sausage; carbohydrate: pasta; vegetable: tomatoes, beans and broccoli.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Mild Italian sausage</w:t>
      </w:r>
    </w:p>
    <w:p>
      <w:pPr>
        <w:pStyle w:val="ListBullet"/>
        <w:spacing w:after="0"/>
      </w:pPr>
      <w:r>
        <w:t>1.25 lb Spaghetti / pasta</w:t>
      </w:r>
    </w:p>
    <w:p>
      <w:pPr>
        <w:pStyle w:val="ListBullet"/>
        <w:spacing w:after="0"/>
      </w:pPr>
      <w:r>
        <w:t>1 can Diced tomatoes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1.5 lb Frozen broccoli florets</w:t>
      </w:r>
    </w:p>
    <w:p>
      <w:pPr>
        <w:pStyle w:val="ListBullet"/>
        <w:spacing w:after="0"/>
      </w:pPr>
      <w:r>
        <w:t>0.5 lb Shredded mozzarella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mild italian sausage; 1.25 lb spaghetti / pasta; 1 can diced tomatoes; 2 can black beans; 1.5 lb frozen broccoli florets; 0.5 lb shredded mozzarella; 1 set pantry seasoning set: 2 tbsp oil, 1 tsp salt, 1/2 tsp pepper, 1 tsp garlic powder. Cook the listed pasta in salted boiling water until tender; drain.</w:t>
      </w:r>
    </w:p>
    <w:p>
      <w:pPr>
        <w:spacing w:after="60"/>
      </w:pPr>
      <w:r>
        <w:rPr>
          <w:b/>
        </w:rPr>
        <w:t xml:space="preserve">2. </w:t>
      </w:r>
      <w:r>
        <w:t>Brown the listed sausage or chicken in a large pan until safely cooked. Add listed tomatoes/marinara and simmer 5 minutes.</w:t>
      </w:r>
    </w:p>
    <w:p>
      <w:pPr>
        <w:spacing w:after="60"/>
      </w:pPr>
      <w:r>
        <w:rPr>
          <w:b/>
        </w:rPr>
        <w:t xml:space="preserve">3. </w:t>
      </w:r>
      <w:r>
        <w:t>Stir in listed beans or vegetables and cook until hot. Add cheese and toss with pasta.</w:t>
      </w:r>
    </w:p>
    <w:p>
      <w:pPr>
        <w:spacing w:after="60"/>
      </w:pPr>
      <w:r>
        <w:rPr>
          <w:b/>
        </w:rPr>
        <w:t xml:space="preserve">4. </w:t>
      </w:r>
      <w:r>
        <w:t>Serve immediately with a vegetable side.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1604 calories and 79 g protein. Estimate is approximate and varies by brands and portions.</w:t>
      </w:r>
    </w:p>
    <w:p>
      <w:r>
        <w:br w:type="page"/>
      </w:r>
    </w:p>
    <w:p>
      <w:pPr>
        <w:pStyle w:val="Heading2"/>
      </w:pPr>
      <w:r>
        <w:t>Smoked sausage jambalaya-style rice skillet</w:t>
      </w:r>
    </w:p>
    <w:p>
      <w:pPr>
        <w:spacing w:after="100"/>
      </w:pPr>
      <w:r>
        <w:t>A mild sausage and rice skillet with peppers, tomatoes and corn.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$20.64</w:t>
            </w:r>
          </w:p>
        </w:tc>
        <w:tc>
          <w:tcPr>
            <w:tcW w:type="dxa" w:w="2556"/>
          </w:tcPr>
          <w:p>
            <w:r>
              <w:t>$4.13</w:t>
            </w:r>
          </w:p>
        </w:tc>
        <w:tc>
          <w:tcPr>
            <w:tcW w:type="dxa" w:w="2556"/>
          </w:tcPr>
          <w:p>
            <w:r>
              <w:t>20 min prep + 35 min cook</w:t>
            </w:r>
          </w:p>
        </w:tc>
      </w:tr>
    </w:tbl>
    <w:p>
      <w:pPr>
        <w:pStyle w:val="Caption"/>
      </w:pPr>
      <w:r>
        <w:t>Components: protein: Smoked sausage; carbohydrate: rice; vegetable: peppers, tomatoes and corn.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Garlic smoked sausage</w:t>
      </w:r>
    </w:p>
    <w:p>
      <w:pPr>
        <w:pStyle w:val="ListBullet"/>
        <w:spacing w:after="0"/>
      </w:pPr>
      <w:r>
        <w:t>1.25 lb Long-grain white rice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 can Diced tomatoes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0.5 lb Yellow onions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garlic smoked sausage; 1.25 lb long-grain white rice; 2 each bell peppers; 1 can diced tomatoes; 1 can whole-kernel corn; 0.5 lb yellow onions; 1 set pantry seasoning set: 2 tbsp oil, 1 tsp salt, 1/2 tsp pepper, 1 tsp garlic powder. Dice potatoes small; microwave with 2 tablespoons water, covered, for 6 minutes to soften.</w:t>
      </w:r>
    </w:p>
    <w:p>
      <w:pPr>
        <w:spacing w:after="60"/>
      </w:pPr>
      <w:r>
        <w:rPr>
          <w:b/>
        </w:rPr>
        <w:t xml:space="preserve">2. </w:t>
      </w:r>
      <w:r>
        <w:t>Slice sausage or chop meat. Brown in a large skillet with 1 tablespoon oil and diced onion/pepper.</w:t>
      </w:r>
    </w:p>
    <w:p>
      <w:pPr>
        <w:spacing w:after="60"/>
      </w:pPr>
      <w:r>
        <w:rPr>
          <w:b/>
        </w:rPr>
        <w:t xml:space="preserve">3. </w:t>
      </w:r>
      <w:r>
        <w:t>Add potatoes, rice or vegetables as listed. Cook, stirring, until browned and hot.</w:t>
      </w:r>
    </w:p>
    <w:p>
      <w:pPr>
        <w:spacing w:after="60"/>
      </w:pPr>
      <w:r>
        <w:rPr>
          <w:b/>
        </w:rPr>
        <w:t xml:space="preserve">4. </w:t>
      </w:r>
      <w:r>
        <w:t>Serve directly from the skillet with the listed vegetable component.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Swap frozen vegetables for fresh, or substitute the same amount of chicken thigh for breast. Use pantry salsa/beans to replace a specialty sauce.</w:t>
      </w:r>
    </w:p>
    <w:p>
      <w:pPr>
        <w:spacing w:after="40"/>
      </w:pPr>
      <w:r>
        <w:rPr>
          <w:b/>
        </w:rPr>
        <w:t xml:space="preserve">Make ahead: </w:t>
      </w:r>
      <w:r>
        <w:t>Measure dry ingredients and cut sturdy vegetables the day before. Portion raw meat into sealed, labeled meal packs; thaw in refrigerator, never on the counter.</w:t>
      </w:r>
    </w:p>
    <w:p>
      <w:pPr>
        <w:spacing w:after="40"/>
      </w:pPr>
      <w:r>
        <w:rPr>
          <w:b/>
        </w:rPr>
        <w:t xml:space="preserve">Leftovers: </w:t>
      </w:r>
      <w:r>
        <w:t>Refrigerate within 2 hours in shallow containers. Use within 3–4 days. Reheat leftovers to 165°F; bring soups and sauces to a simmer while stirring.</w:t>
      </w:r>
    </w:p>
    <w:p>
      <w:pPr>
        <w:spacing w:after="40"/>
      </w:pPr>
      <w:r>
        <w:rPr>
          <w:b/>
        </w:rPr>
        <w:t xml:space="preserve">Tour pairing: </w:t>
      </w:r>
      <w:r>
        <w:t>Pair with a second dinner using the same protein. Hold Day 2 uncooked meat in the refrigerator only if cooking within 1–2 days; otherwise freeze. Share rice, tortillas, cheese, beans and vegetables.</w:t>
      </w:r>
    </w:p>
    <w:p>
      <w:pPr>
        <w:pStyle w:val="Caption"/>
      </w:pPr>
      <w:r>
        <w:t>Nutrition planning estimate per serving: about 1308 calories and 48 g protein. Estimate is approximate and varies by brands and portions.</w:t>
      </w:r>
    </w:p>
    <w:p>
      <w:r>
        <w:br w:type="page"/>
      </w:r>
    </w:p>
    <w:p>
      <w:pPr>
        <w:pStyle w:val="Heading1"/>
      </w:pPr>
      <w:r>
        <w:t>Other dinners</w:t>
      </w:r>
    </w:p>
    <w:p>
      <w:pPr>
        <w:pStyle w:val="Heading2"/>
      </w:pPr>
      <w:r>
        <w:t>Turkey chili over rice</w:t>
      </w:r>
    </w:p>
    <w:p>
      <w:pPr>
        <w:spacing w:after="100"/>
      </w:pPr>
      <w:r>
        <w:t>A mild, hearty turkey chili with rice and sweet peppers.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$21.62</w:t>
            </w:r>
          </w:p>
        </w:tc>
        <w:tc>
          <w:tcPr>
            <w:tcW w:type="dxa" w:w="2556"/>
          </w:tcPr>
          <w:p>
            <w:r>
              <w:t>$4.32</w:t>
            </w:r>
          </w:p>
        </w:tc>
        <w:tc>
          <w:tcPr>
            <w:tcW w:type="dxa" w:w="2556"/>
          </w:tcPr>
          <w:p>
            <w:r>
              <w:t>20 min prep + 45 min cook</w:t>
            </w:r>
          </w:p>
        </w:tc>
      </w:tr>
    </w:tbl>
    <w:p>
      <w:pPr>
        <w:pStyle w:val="Caption"/>
      </w:pPr>
      <w:r>
        <w:t>Components: protein: Ground turkey; carbohydrate: rice; vegetable: tomatoes and peppers.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Lean ground turkey</w:t>
      </w:r>
    </w:p>
    <w:p>
      <w:pPr>
        <w:pStyle w:val="ListBullet"/>
        <w:spacing w:after="0"/>
      </w:pPr>
      <w:r>
        <w:t>1 lb Long-grain white rice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2 can Diced tomatoes</w:t>
      </w:r>
    </w:p>
    <w:p>
      <w:pPr>
        <w:pStyle w:val="ListBullet"/>
        <w:spacing w:after="0"/>
      </w:pPr>
      <w:r>
        <w:t>2 each Bell peppers</w:t>
      </w:r>
    </w:p>
    <w:p>
      <w:pPr>
        <w:pStyle w:val="ListBullet"/>
        <w:spacing w:after="0"/>
      </w:pPr>
      <w:r>
        <w:t>1 oz Chili seasoning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lean ground turkey; 1 lb long-grain white rice; 2 can black beans; 2 can diced tomatoes; 2 each bell peppers; 1 oz chili seasoning; 1 set pantry seasoning set: 2 tbsp oil, 1 tsp salt, 1/2 tsp pepper, 1 tsp garlic powder. Cut the listed vegetables into small, even pieces. In a large pot, heat 1 tablespoon oil and cook onion/celery/carrot 5 minutes.</w:t>
      </w:r>
    </w:p>
    <w:p>
      <w:pPr>
        <w:spacing w:after="60"/>
      </w:pPr>
      <w:r>
        <w:rPr>
          <w:b/>
        </w:rPr>
        <w:t xml:space="preserve">2. </w:t>
      </w:r>
      <w:r>
        <w:t>Add the listed meat and brown it (or add cooked pulled meat at the end). Stir in tomatoes, beans, broth/water and seasoning. Bring to a boil, then reduce to a simmer.</w:t>
      </w:r>
    </w:p>
    <w:p>
      <w:pPr>
        <w:spacing w:after="60"/>
      </w:pPr>
      <w:r>
        <w:rPr>
          <w:b/>
        </w:rPr>
        <w:t xml:space="preserve">3. </w:t>
      </w:r>
      <w:r>
        <w:t>Add potatoes, rice or other listed starch and simmer until tender and the meat is safely cooked. Add frozen vegetables for the final 10 minutes.</w:t>
      </w:r>
    </w:p>
    <w:p>
      <w:pPr>
        <w:spacing w:after="60"/>
      </w:pPr>
      <w:r>
        <w:rPr>
          <w:b/>
        </w:rPr>
        <w:t xml:space="preserve">4. </w:t>
      </w:r>
      <w:r>
        <w:t>Taste, adjust seasoning, and serve hot. Keep any rice separate if holding leftovers.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968 calories and 67 g protein. Estimate is approximate and varies by brands and portions.</w:t>
      </w:r>
    </w:p>
    <w:p>
      <w:r>
        <w:br w:type="page"/>
      </w:r>
    </w:p>
    <w:p>
      <w:pPr>
        <w:pStyle w:val="Heading2"/>
      </w:pPr>
      <w:r>
        <w:t>Turkey loaded nachos</w:t>
      </w:r>
    </w:p>
    <w:p>
      <w:pPr>
        <w:spacing w:after="100"/>
      </w:pPr>
      <w:r>
        <w:t>Turkey and bean nachos with corn, cheese and a crisp salad.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SERVES</w:t>
            </w:r>
          </w:p>
        </w:tc>
        <w:tc>
          <w:tcPr>
            <w:tcW w:type="dxa" w:w="2556"/>
          </w:tcPr>
          <w:p>
            <w:r>
              <w:t>COST / DINNER</w:t>
            </w:r>
          </w:p>
        </w:tc>
        <w:tc>
          <w:tcPr>
            <w:tcW w:type="dxa" w:w="2556"/>
          </w:tcPr>
          <w:p>
            <w:r>
              <w:t>PER PERSON</w:t>
            </w:r>
          </w:p>
        </w:tc>
        <w:tc>
          <w:tcPr>
            <w:tcW w:type="dxa" w:w="2556"/>
          </w:tcPr>
          <w:p>
            <w:r>
              <w:t>TIME</w:t>
            </w:r>
          </w:p>
        </w:tc>
      </w:tr>
      <w:tr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$25.30</w:t>
            </w:r>
          </w:p>
        </w:tc>
        <w:tc>
          <w:tcPr>
            <w:tcW w:type="dxa" w:w="2556"/>
          </w:tcPr>
          <w:p>
            <w:r>
              <w:t>$5.06</w:t>
            </w:r>
          </w:p>
        </w:tc>
        <w:tc>
          <w:tcPr>
            <w:tcW w:type="dxa" w:w="2556"/>
          </w:tcPr>
          <w:p>
            <w:r>
              <w:t>15 min prep + 25 min cook</w:t>
            </w:r>
          </w:p>
        </w:tc>
      </w:tr>
    </w:tbl>
    <w:p>
      <w:pPr>
        <w:pStyle w:val="Caption"/>
      </w:pPr>
      <w:r>
        <w:t>Components: protein: Ground turkey; carbohydrate: tortilla chips; vegetable: corn and romaine.</w:t>
      </w:r>
    </w:p>
    <w:p>
      <w:pPr>
        <w:pStyle w:val="Heading2"/>
      </w:pPr>
      <w:r>
        <w:t>Ingredients</w:t>
      </w:r>
    </w:p>
    <w:p>
      <w:pPr>
        <w:pStyle w:val="ListBullet"/>
        <w:spacing w:after="0"/>
      </w:pPr>
      <w:r>
        <w:t>2.5 lb Lean ground turkey</w:t>
      </w:r>
    </w:p>
    <w:p>
      <w:pPr>
        <w:pStyle w:val="ListBullet"/>
        <w:spacing w:after="0"/>
      </w:pPr>
      <w:r>
        <w:t>18 oz Tortilla chips</w:t>
      </w:r>
    </w:p>
    <w:p>
      <w:pPr>
        <w:pStyle w:val="ListBullet"/>
        <w:spacing w:after="0"/>
      </w:pPr>
      <w:r>
        <w:t>2 can Black beans</w:t>
      </w:r>
    </w:p>
    <w:p>
      <w:pPr>
        <w:pStyle w:val="ListBullet"/>
        <w:spacing w:after="0"/>
      </w:pPr>
      <w:r>
        <w:t>1 can Whole-kernel corn</w:t>
      </w:r>
    </w:p>
    <w:p>
      <w:pPr>
        <w:pStyle w:val="ListBullet"/>
        <w:spacing w:after="0"/>
      </w:pPr>
      <w:r>
        <w:t>0.75 lb Shredded Mexican blend cheese</w:t>
      </w:r>
    </w:p>
    <w:p>
      <w:pPr>
        <w:pStyle w:val="ListBullet"/>
        <w:spacing w:after="0"/>
      </w:pPr>
      <w:r>
        <w:t>2 heart Romaine hearts</w:t>
      </w:r>
    </w:p>
    <w:p>
      <w:pPr>
        <w:pStyle w:val="ListBullet"/>
        <w:spacing w:after="0"/>
      </w:pPr>
      <w:r>
        <w:t>8 oz Medium salsa</w:t>
      </w:r>
    </w:p>
    <w:p>
      <w:pPr>
        <w:pStyle w:val="ListBullet"/>
        <w:spacing w:after="0"/>
      </w:pPr>
      <w:r>
        <w:t>1 set Pantry seasoning set: 2 tbsp oil, 1 tsp salt, 1/2 tsp pepper, 1 tsp garlic powder</w:t>
      </w:r>
    </w:p>
    <w:p>
      <w:pPr>
        <w:pStyle w:val="Heading2"/>
      </w:pPr>
      <w:r>
        <w:t>Cook along</w:t>
      </w:r>
    </w:p>
    <w:p>
      <w:pPr>
        <w:spacing w:after="60"/>
      </w:pPr>
      <w:r>
        <w:rPr>
          <w:b/>
        </w:rPr>
        <w:t xml:space="preserve">1. </w:t>
      </w:r>
      <w:r>
        <w:t>For five servings, gather 2.5 lb lean ground turkey; 18 oz tortilla chips; 2 can black beans; 1 can whole-kernel corn; 0.75 lb shredded mexican blend cheese; 2 heart romaine hearts; 8 oz medium salsa; 1 set pantry seasoning set: 2 tbsp oil, 1 tsp salt, 1/2 tsp pepper, 1 tsp garlic powder. Set out the listed tortillas, rice, chips or potatoes, salsa and toppings. Drain and rinse canned beans unless the recipe says otherwise.</w:t>
      </w:r>
    </w:p>
    <w:p>
      <w:pPr>
        <w:spacing w:after="60"/>
      </w:pPr>
      <w:r>
        <w:rPr>
          <w:b/>
        </w:rPr>
        <w:t xml:space="preserve">2. </w:t>
      </w:r>
      <w:r>
        <w:t>Cook the listed meat in a large skillet over medium-high heat, breaking ground meat into small pieces or slicing poultry/pork into strips. Cook ground poultry and beef to safe temperature; cook whole cuts to safe temperature.</w:t>
      </w:r>
    </w:p>
    <w:p>
      <w:pPr>
        <w:spacing w:after="60"/>
      </w:pPr>
      <w:r>
        <w:rPr>
          <w:b/>
        </w:rPr>
        <w:t xml:space="preserve">3. </w:t>
      </w:r>
      <w:r>
        <w:t>Add the listed peppers and onions and cook until tender-crisp. Stir in the listed beans, corn, tomatoes, or salsa and simmer until hot.</w:t>
      </w:r>
    </w:p>
    <w:p>
      <w:pPr>
        <w:spacing w:after="60"/>
      </w:pPr>
      <w:r>
        <w:rPr>
          <w:b/>
        </w:rPr>
        <w:t xml:space="preserve">4. </w:t>
      </w:r>
      <w:r>
        <w:t>Warm tortillas, rice or chips; finish with the listed cheese and lettuce. Serve toppings separately so firefighters can build plates quickly.</w:t>
      </w:r>
    </w:p>
    <w:p>
      <w:pPr>
        <w:pStyle w:val="Heading2"/>
      </w:pPr>
      <w:r>
        <w:t>Make it work at the station</w:t>
      </w:r>
    </w:p>
    <w:p>
      <w:pPr>
        <w:spacing w:after="40"/>
      </w:pPr>
      <w:r>
        <w:rPr>
          <w:b/>
        </w:rPr>
        <w:t xml:space="preserve">Equipment: </w:t>
      </w:r>
      <w:r>
        <w:t>Large skillet or Dutch oven, sheet pan/pot as needed, instant-read thermometer, cutting board and knife.</w:t>
      </w:r>
    </w:p>
    <w:p>
      <w:pPr>
        <w:spacing w:after="40"/>
      </w:pPr>
      <w:r>
        <w:rPr>
          <w:b/>
        </w:rPr>
        <w:t xml:space="preserve">Substitutions: </w:t>
      </w:r>
      <w:r>
        <w:t>Use frozen broccoli or Normandy vegetables when fresh produce is unavailable; swap rice and potatoes within the meal style. Use chicken thighs for breast to reduce cost.</w:t>
      </w:r>
    </w:p>
    <w:p>
      <w:pPr>
        <w:spacing w:after="40"/>
      </w:pPr>
      <w:r>
        <w:rPr>
          <w:b/>
        </w:rPr>
        <w:t xml:space="preserve">Make ahead: </w:t>
      </w:r>
      <w:r>
        <w:t>Measure dry goods and seasonings in advance. Wash/cut sturdy vegetables up to one day ahead; keep them covered and refrigerated. Keep raw meat sealed on the lowest refrigerator shelf until cooking.</w:t>
      </w:r>
    </w:p>
    <w:p>
      <w:pPr>
        <w:spacing w:after="40"/>
      </w:pPr>
      <w:r>
        <w:rPr>
          <w:b/>
        </w:rPr>
        <w:t xml:space="preserve">Leftovers: </w:t>
      </w:r>
      <w:r>
        <w:t>Refrigerate leftovers in shallow containers within 2 hours (1 hour above 90°F). Use refrigerated leftovers within 3–4 days. Reheat to 165°F, stirring or rotating for even heating.</w:t>
      </w:r>
    </w:p>
    <w:p>
      <w:pPr>
        <w:spacing w:after="40"/>
      </w:pPr>
      <w:r>
        <w:rPr>
          <w:b/>
        </w:rPr>
        <w:t xml:space="preserve">Tour pairing: </w:t>
      </w:r>
      <w:r>
        <w:t>Choose a second dinner using the same primary protein for this tour. Keep Day 2 raw meat sealed and refrigerated, or freeze it if it will not be cooked within 1–2 days. Share dry goods, cheese, salsa and frozen vegetables across both meals.</w:t>
      </w:r>
    </w:p>
    <w:p>
      <w:pPr>
        <w:pStyle w:val="Caption"/>
      </w:pPr>
      <w:r>
        <w:t>Nutrition planning estimate per serving: about 1440 calories and 86 g protein. Estimate is approximate and varies by brands and portions.</w:t>
      </w:r>
    </w:p>
    <w:p>
      <w:r>
        <w:br w:type="page"/>
      </w:r>
    </w:p>
    <w:p>
      <w:pPr>
        <w:pStyle w:val="Heading1"/>
      </w:pPr>
      <w:r>
        <w:t>Core 20 two-day pairings</w:t>
      </w:r>
    </w:p>
    <w:p>
      <w:pPr>
        <w:pStyle w:val="ListBullet"/>
      </w:pPr>
      <w:r>
        <w:t>Tour 1: Lemon-garlic chicken with roasted potatoes / BBQ chicken sandwiches with slaw — estimated food used $35.05 total, $7.01 per firefighter for both dinners.</w:t>
      </w:r>
    </w:p>
    <w:p>
      <w:pPr>
        <w:pStyle w:val="ListBullet"/>
      </w:pPr>
      <w:r>
        <w:t>Tour 2: Chicken fajita tacos with black beans / Chicken enchilada rice bake — estimated food used $41.94 total, $8.39 per firefighter for both dinners.</w:t>
      </w:r>
    </w:p>
    <w:p>
      <w:pPr>
        <w:pStyle w:val="ListBullet"/>
      </w:pPr>
      <w:r>
        <w:t>Tour 3: Sheet-pan chicken, peppers and rice / Teriyaki chicken rice bowls — estimated food used $34.71 total, $6.94 per firefighter for both dinners.</w:t>
      </w:r>
    </w:p>
    <w:p>
      <w:pPr>
        <w:pStyle w:val="ListBullet"/>
      </w:pPr>
      <w:r>
        <w:t>Tour 4: Chicken quesadillas with beans / Southwest chicken burrito bowls — estimated food used $38.82 total, $7.76 per firefighter for both dinners.</w:t>
      </w:r>
    </w:p>
    <w:p>
      <w:pPr>
        <w:pStyle w:val="ListBullet"/>
      </w:pPr>
      <w:r>
        <w:t>Tour 5: Chicken Alfredo spaghetti with broccoli / Italian chicken spaghetti with kale salad — estimated food used $38.65 total, $7.73 per firefighter for both dinners.</w:t>
      </w:r>
    </w:p>
    <w:p>
      <w:pPr>
        <w:pStyle w:val="ListBullet"/>
      </w:pPr>
      <w:r>
        <w:t>Tour 6: Chicken taco nacho platters / Southwest loaded chicken potatoes — estimated food used $46.40 total, $9.28 per firefighter for both dinners.</w:t>
      </w:r>
    </w:p>
    <w:p>
      <w:pPr>
        <w:pStyle w:val="ListBullet"/>
      </w:pPr>
      <w:r>
        <w:t>Tour 7: Meatloaf with mashed potatoes and vegetables / Grilled cheeseburgers with potato wedges — estimated food used $52.86 total, $10.57 per firefighter for both dinners.</w:t>
      </w:r>
    </w:p>
    <w:p>
      <w:pPr>
        <w:pStyle w:val="ListBullet"/>
      </w:pPr>
      <w:r>
        <w:t>Tour 8: Ground-beef taco bar / Beef burrito bowls — estimated food used $56.26 total, $11.25 per firefighter for both dinners.</w:t>
      </w:r>
    </w:p>
    <w:p>
      <w:pPr>
        <w:pStyle w:val="ListBullet"/>
      </w:pPr>
      <w:r>
        <w:t>Tour 9: Meat-sauce spaghetti with broccoli / Beef and broccoli stir-fry rice bowls — estimated food used $52.18 total, $10.44 per firefighter for both dinners.</w:t>
      </w:r>
    </w:p>
    <w:p>
      <w:pPr>
        <w:pStyle w:val="ListBullet"/>
      </w:pPr>
      <w:r>
        <w:t>Tour 10: Beef enchilada skillet / Crispy beef quesadillas — estimated food used $56.76 total, $11.35 per firefighter for both dinners.</w:t>
      </w:r>
    </w:p>
    <w:p>
      <w:pPr>
        <w:pStyle w:val="ListBullet"/>
      </w:pPr>
      <w:r>
        <w:t>Tour 11: Sloppy Joes with potatoes and slaw / Mexican stuffed peppers — estimated food used $56.67 total, $11.33 per firefighter for both dinners.</w:t>
      </w:r>
    </w:p>
    <w:p>
      <w:pPr>
        <w:pStyle w:val="ListBullet"/>
      </w:pPr>
      <w:r>
        <w:t>Tour 12: Turkey chili over rice / Turkey loaded nachos — estimated food used $46.92 total, $9.38 per firefighter for both dinners.</w:t>
      </w:r>
    </w:p>
    <w:p>
      <w:pPr>
        <w:pStyle w:val="ListBullet"/>
      </w:pPr>
      <w:r>
        <w:t>Tour 13: Slow-cooker pulled pork sandwiches / Pulled-pork carnitas tacos with rice — estimated food used $39.33 total, $7.87 per firefighter for both dinners.</w:t>
      </w:r>
    </w:p>
    <w:p>
      <w:pPr>
        <w:pStyle w:val="ListBullet"/>
      </w:pPr>
      <w:r>
        <w:t>Tour 14: Smoky pulled-pork rice plates / Teriyaki pulled-pork rice bowls — estimated food used $33.87 total, $6.77 per firefighter for both dinners.</w:t>
      </w:r>
    </w:p>
    <w:p>
      <w:pPr>
        <w:pStyle w:val="ListBullet"/>
      </w:pPr>
      <w:r>
        <w:t>Tour 15: Pulled-pork burrito bowls / Pulled-pork taco rice bowls — estimated food used $35.80 total, $7.16 per firefighter for both dinners.</w:t>
      </w:r>
    </w:p>
    <w:p>
      <w:pPr>
        <w:pStyle w:val="ListBullet"/>
      </w:pPr>
      <w:r>
        <w:t>Tour 16: Pulled-pork vegetable stew / Pulled-pork loaded potatoes with broccoli — estimated food used $32.62 total, $6.52 per firefighter for both dinners.</w:t>
      </w:r>
    </w:p>
    <w:p>
      <w:pPr>
        <w:pStyle w:val="ListBullet"/>
      </w:pPr>
      <w:r>
        <w:t>Tour 17: Pulled-pork fajita quesadillas / Pulled-pork enchilada casserole — estimated food used $42.31 total, $8.46 per firefighter for both dinners.</w:t>
      </w:r>
    </w:p>
    <w:p>
      <w:pPr>
        <w:pStyle w:val="ListBullet"/>
      </w:pPr>
      <w:r>
        <w:t>Tour 18: Sausage and pepper pizza with salad / Sausage marinara spaghetti — estimated food used $38.91 total, $7.78 per firefighter for both dinners.</w:t>
      </w:r>
    </w:p>
    <w:p>
      <w:pPr>
        <w:pStyle w:val="ListBullet"/>
      </w:pPr>
      <w:r>
        <w:t>Tour 19: Sausage and black-bean quesadillas / Sausage and potato tacos — estimated food used $39.93 total, $7.99 per firefighter for both dinners.</w:t>
      </w:r>
    </w:p>
    <w:p>
      <w:pPr>
        <w:pStyle w:val="ListBullet"/>
      </w:pPr>
      <w:r>
        <w:t>Tour 20: Kielbasa potato-vegetable skillet / Southwest sausage burrito bowls — estimated food used $43.54 total, $8.71 per firefighter for both dinners.</w:t>
      </w:r>
    </w:p>
    <w:p>
      <w:pPr>
        <w:pStyle w:val="Heading1"/>
      </w:pPr>
      <w:r>
        <w:t>Food safety quick guide</w:t>
      </w:r>
    </w:p>
    <w:p>
      <w:r>
        <w:t>Cook chicken to 165°F; ground beef/pork/turkey to 160°F; whole pork cuts to 145°F followed by a 3-minute rest. Refrigerate perishable food within 2 hours, or 1 hour above 90°F. Cool in shallow containers. Reheat leftovers to 165°F. Keep raw meat below ready-to-eat foods and use separate boards/utensils.</w:t>
      </w:r>
    </w:p>
    <w:p>
      <w:r>
        <w:t>Prices are planning estimates, not guarantees. Check package labels, local shelf tags and current warehouse availability before buying.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Firehouse Cookbook  |  Boise, Idaho  |  October 30,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t>GOWEN FIELD • FIREHOUSE MEAL SYSTEM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2B3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44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2B3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2B3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